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jc w:val="left"/>
        <w:tblLayout w:type="fixed"/>
        <w:tblLook w:firstColumn="1" w:firstRow="1" w:lastColumn="0" w:lastRow="0" w:noHBand="0" w:noVBand="1" w:val="04A0"/>
      </w:tblPr>
      <w:tblGrid>
        <w:gridCol w:w="3402"/>
        <w:gridCol w:w="7143"/>
      </w:tblGrid>
      <w:tr>
        <w:tc>
          <w:tcPr>
            <w:tcW w:type="dxa" w:w="3402"/>
            <w:tcBorders>
              <w:top w:val="nil"/>
              <w:left w:val="nil"/>
              <w:bottom w:val="single" w:sz="12" w:color="6848DB"/>
              <w:right w:val="nil"/>
            </w:tcBorders>
            <w:vAlign w:val="center"/>
          </w:tcPr>
          <w:p>
            <w:pPr>
              <w:spacing w:before="0" w:after="60" w:line="240" w:lineRule="auto"/>
            </w:pPr>
            <w:r>
              <w:drawing>
                <wp:inline xmlns:a="http://schemas.openxmlformats.org/drawingml/2006/main" xmlns:pic="http://schemas.openxmlformats.org/drawingml/2006/picture">
                  <wp:extent cx="1346625" cy="252000"/>
                  <wp:docPr id="1" name="Picture 1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maca-horizontal.png"/>
                          <pic:cNvPicPr/>
                        </pic:nvPicPr>
                        <pic:blipFill>
                          <a:blip r:embed="rId1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346625" cy="2520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7143"/>
            <w:tcBorders>
              <w:top w:val="nil"/>
              <w:left w:val="nil"/>
              <w:bottom w:val="single" w:sz="12" w:color="6848DB"/>
              <w:right w:val="nil"/>
            </w:tcBorders>
            <w:vAlign w:val="center"/>
          </w:tcPr>
          <w:p>
            <w:pPr>
              <w:spacing w:before="0" w:after="0" w:line="240" w:lineRule="auto"/>
              <w:jc w:val="right"/>
            </w:pPr>
            <w:r>
              <w:rPr>
                <w:rFonts w:ascii="Arial" w:hAnsi="Arial" w:eastAsia="Arial"/>
                <w:b/>
                <w:i w:val="0"/>
                <w:color w:val="1B1537"/>
                <w:sz w:val="28"/>
              </w:rPr>
              <w:t>Evolución del residente</w:t>
            </w:r>
          </w:p>
          <w:p>
            <w:pPr>
              <w:spacing w:before="0" w:after="60" w:line="240" w:lineRule="auto"/>
              <w:jc w:val="right"/>
            </w:pPr>
            <w:r>
              <w:rPr>
                <w:rFonts w:ascii="Arial" w:hAnsi="Arial" w:eastAsia="Arial"/>
                <w:b w:val="0"/>
                <w:i w:val="0"/>
                <w:color w:val="6A6488"/>
                <w:sz w:val="16"/>
              </w:rPr>
              <w:t>Profesionales y cuidadoras por turno · Decreto 20, arts. 12 j), 19 e) y 29 e)</w:t>
            </w:r>
          </w:p>
        </w:tc>
      </w:tr>
    </w:tbl>
    <w:p>
      <w:pPr>
        <w:spacing w:before="0" w:after="0" w:line="40" w:lineRule="exact"/>
      </w:pPr>
      <w:r>
        <w:rPr>
          <w:sz w:val="2"/>
        </w:rPr>
      </w:r>
    </w:p>
    <w:tbl>
      <w:tblPr>
        <w:tblW w:type="auto" w:w="0"/>
        <w:jc w:val="left"/>
        <w:tblLayout w:type="fixed"/>
        <w:tblLook w:firstColumn="1" w:firstRow="1" w:lastColumn="0" w:lastRow="0" w:noHBand="0" w:noVBand="1" w:val="04A0"/>
      </w:tblPr>
      <w:tblGrid>
        <w:gridCol w:w="5969"/>
        <w:gridCol w:w="2586"/>
        <w:gridCol w:w="1990"/>
      </w:tblGrid>
      <w:tr>
        <w:trPr>
          <w:trHeight w:val="539" w:hRule="atLeast"/>
        </w:trPr>
        <w:tc>
          <w:tcPr>
            <w:tcW w:type="dxa" w:w="5969"/>
            <w:tcBorders>
              <w:top w:val="nil"/>
              <w:left w:val="nil"/>
              <w:bottom w:val="single" w:sz="4" w:color="C9C4E3"/>
              <w:right w:val="nil"/>
            </w:tcBorders>
            <w:vAlign w:val="top"/>
          </w:tcPr>
          <w:p>
            <w:pPr>
              <w:spacing w:before="0" w:after="0" w:line="240" w:lineRule="auto"/>
            </w:pPr>
            <w:r>
              <w:rPr>
                <w:rFonts w:ascii="Arial" w:hAnsi="Arial" w:eastAsia="Arial"/>
                <w:b/>
                <w:i w:val="0"/>
                <w:color w:val="6A6488"/>
                <w:sz w:val="13"/>
              </w:rPr>
              <w:t>RESIDENTE</w:t>
            </w:r>
          </w:p>
        </w:tc>
        <w:tc>
          <w:tcPr>
            <w:tcW w:type="dxa" w:w="2586"/>
            <w:tcBorders>
              <w:top w:val="nil"/>
              <w:left w:val="nil"/>
              <w:bottom w:val="single" w:sz="4" w:color="C9C4E3"/>
              <w:right w:val="nil"/>
            </w:tcBorders>
            <w:vAlign w:val="top"/>
          </w:tcPr>
          <w:p>
            <w:pPr>
              <w:spacing w:before="0" w:after="0" w:line="240" w:lineRule="auto"/>
            </w:pPr>
            <w:r>
              <w:rPr>
                <w:rFonts w:ascii="Arial" w:hAnsi="Arial" w:eastAsia="Arial"/>
                <w:b/>
                <w:i w:val="0"/>
                <w:color w:val="6A6488"/>
                <w:sz w:val="13"/>
              </w:rPr>
              <w:t>RUT</w:t>
            </w:r>
          </w:p>
        </w:tc>
        <w:tc>
          <w:tcPr>
            <w:tcW w:type="dxa" w:w="1990"/>
            <w:tcBorders>
              <w:top w:val="nil"/>
              <w:left w:val="nil"/>
              <w:bottom w:val="single" w:sz="4" w:color="C9C4E3"/>
              <w:right w:val="nil"/>
            </w:tcBorders>
            <w:vAlign w:val="top"/>
          </w:tcPr>
          <w:p>
            <w:pPr>
              <w:spacing w:before="0" w:after="0" w:line="240" w:lineRule="auto"/>
            </w:pPr>
            <w:r>
              <w:rPr>
                <w:rFonts w:ascii="Arial" w:hAnsi="Arial" w:eastAsia="Arial"/>
                <w:b/>
                <w:i w:val="0"/>
                <w:color w:val="6A6488"/>
                <w:sz w:val="13"/>
              </w:rPr>
              <w:t>HABITACIÓN</w:t>
            </w:r>
          </w:p>
        </w:tc>
      </w:tr>
    </w:tbl>
    <w:p>
      <w:pPr>
        <w:spacing w:before="0" w:after="0" w:line="80" w:lineRule="exact"/>
      </w:pPr>
      <w:r>
        <w:rPr>
          <w:sz w:val="2"/>
        </w:rPr>
      </w:r>
    </w:p>
    <w:p>
      <w:pPr>
        <w:keepNext/>
        <w:spacing w:before="60" w:after="40" w:line="240" w:lineRule="auto"/>
      </w:pPr>
      <w:r>
        <w:rPr>
          <w:rFonts w:ascii="Arial" w:hAnsi="Arial" w:eastAsia="Arial"/>
          <w:b/>
          <w:i w:val="0"/>
          <w:color w:val="6848DB"/>
          <w:sz w:val="17"/>
        </w:rPr>
        <w:t>EVOLUCIÓN DE PROFESIONALES</w:t>
      </w:r>
    </w:p>
    <w:tbl>
      <w:tblPr>
        <w:tblW w:type="auto" w:w="0"/>
        <w:jc w:val="left"/>
        <w:tblLayout w:type="fixed"/>
        <w:tblLook w:firstColumn="1" w:firstRow="1" w:lastColumn="0" w:lastRow="0" w:noHBand="0" w:noVBand="1" w:val="04A0"/>
      </w:tblPr>
      <w:tblGrid>
        <w:gridCol w:w="1361"/>
        <w:gridCol w:w="1814"/>
        <w:gridCol w:w="5896"/>
        <w:gridCol w:w="1474"/>
      </w:tblGrid>
      <w:tr>
        <w:trPr>
          <w:trHeight w:val="340" w:hRule="atLeast"/>
          <w:tblHeader/>
        </w:trPr>
        <w:tc>
          <w:tcPr>
            <w:tcW w:type="dxa" w:w="1361"/>
            <w:tcBorders>
              <w:top w:val="single" w:sz="4" w:color="FFFFFF"/>
              <w:left w:val="single" w:sz="4" w:color="FFFFFF"/>
              <w:bottom w:val="single" w:sz="4" w:color="FFFFFF"/>
              <w:right w:val="single" w:sz="4" w:color="FFFFFF"/>
            </w:tcBorders>
            <w:shd w:val="clear" w:color="auto" w:fill="6848DB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/>
                <w:i w:val="0"/>
                <w:color w:val="FFFFFF"/>
                <w:sz w:val="14"/>
              </w:rPr>
              <w:t>Fecha y hora</w:t>
            </w:r>
          </w:p>
        </w:tc>
        <w:tc>
          <w:tcPr>
            <w:tcW w:type="dxa" w:w="1814"/>
            <w:tcBorders>
              <w:top w:val="single" w:sz="4" w:color="FFFFFF"/>
              <w:left w:val="single" w:sz="4" w:color="FFFFFF"/>
              <w:bottom w:val="single" w:sz="4" w:color="FFFFFF"/>
              <w:right w:val="single" w:sz="4" w:color="FFFFFF"/>
            </w:tcBorders>
            <w:shd w:val="clear" w:color="auto" w:fill="6848DB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/>
                <w:i w:val="0"/>
                <w:color w:val="FFFFFF"/>
                <w:sz w:val="14"/>
              </w:rPr>
              <w:t>Profesional y estamento</w:t>
            </w:r>
          </w:p>
        </w:tc>
        <w:tc>
          <w:tcPr>
            <w:tcW w:type="dxa" w:w="5896"/>
            <w:tcBorders>
              <w:top w:val="single" w:sz="4" w:color="FFFFFF"/>
              <w:left w:val="single" w:sz="4" w:color="FFFFFF"/>
              <w:bottom w:val="single" w:sz="4" w:color="FFFFFF"/>
              <w:right w:val="single" w:sz="4" w:color="FFFFFF"/>
            </w:tcBorders>
            <w:shd w:val="clear" w:color="auto" w:fill="6848DB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/>
                <w:i w:val="0"/>
                <w:color w:val="FFFFFF"/>
                <w:sz w:val="13"/>
              </w:rPr>
              <w:t>Evolución (S: subjetivo · O: objetivo · A: análisis · P: plan)</w:t>
            </w:r>
          </w:p>
        </w:tc>
        <w:tc>
          <w:tcPr>
            <w:tcW w:type="dxa" w:w="1474"/>
            <w:tcBorders>
              <w:top w:val="single" w:sz="4" w:color="FFFFFF"/>
              <w:left w:val="single" w:sz="4" w:color="FFFFFF"/>
              <w:bottom w:val="single" w:sz="4" w:color="FFFFFF"/>
              <w:right w:val="single" w:sz="4" w:color="FFFFFF"/>
            </w:tcBorders>
            <w:shd w:val="clear" w:color="auto" w:fill="6848DB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/>
                <w:i w:val="0"/>
                <w:color w:val="FFFFFF"/>
                <w:sz w:val="14"/>
              </w:rPr>
              <w:t>Firma</w:t>
            </w:r>
          </w:p>
        </w:tc>
      </w:tr>
      <w:tr>
        <w:trPr>
          <w:trHeight w:val="1502" w:hRule="atLeast"/>
        </w:trPr>
        <w:tc>
          <w:tcPr>
            <w:tcW w:type="dxa" w:w="1361"/>
            <w:tcBorders>
              <w:top w:val="single" w:sz="4" w:color="C9C4E3"/>
              <w:left w:val="single" w:sz="4" w:color="C9C4E3"/>
              <w:bottom w:val="single" w:sz="4" w:color="C9C4E3"/>
              <w:right w:val="single" w:sz="4" w:color="C9C4E3"/>
            </w:tcBorders>
            <w:vAlign w:val="top"/>
          </w:tcPr>
          <w:p>
            <w:pPr>
              <w:spacing w:before="0" w:after="0" w:line="240" w:lineRule="auto"/>
            </w:pPr>
          </w:p>
        </w:tc>
        <w:tc>
          <w:tcPr>
            <w:tcW w:type="dxa" w:w="1814"/>
            <w:tcBorders>
              <w:top w:val="single" w:sz="4" w:color="C9C4E3"/>
              <w:left w:val="single" w:sz="4" w:color="C9C4E3"/>
              <w:bottom w:val="single" w:sz="4" w:color="C9C4E3"/>
              <w:right w:val="single" w:sz="4" w:color="C9C4E3"/>
            </w:tcBorders>
            <w:vAlign w:val="top"/>
          </w:tcPr>
          <w:p>
            <w:pPr>
              <w:spacing w:before="0" w:after="0" w:line="240" w:lineRule="auto"/>
            </w:pPr>
          </w:p>
        </w:tc>
        <w:tc>
          <w:tcPr>
            <w:tcW w:type="dxa" w:w="5896"/>
            <w:tcBorders>
              <w:top w:val="single" w:sz="4" w:color="C9C4E3"/>
              <w:left w:val="single" w:sz="4" w:color="C9C4E3"/>
              <w:bottom w:val="single" w:sz="4" w:color="C9C4E3"/>
              <w:right w:val="single" w:sz="4" w:color="C9C4E3"/>
            </w:tcBorders>
            <w:vAlign w:val="top"/>
          </w:tcPr>
          <w:p>
            <w:pPr>
              <w:spacing w:before="0" w:after="0" w:line="240" w:lineRule="auto"/>
            </w:pPr>
          </w:p>
        </w:tc>
        <w:tc>
          <w:tcPr>
            <w:tcW w:type="dxa" w:w="1474"/>
            <w:tcBorders>
              <w:top w:val="single" w:sz="4" w:color="C9C4E3"/>
              <w:left w:val="single" w:sz="4" w:color="C9C4E3"/>
              <w:bottom w:val="single" w:sz="4" w:color="C9C4E3"/>
              <w:right w:val="single" w:sz="4" w:color="C9C4E3"/>
            </w:tcBorders>
            <w:vAlign w:val="top"/>
          </w:tcPr>
          <w:p>
            <w:pPr>
              <w:spacing w:before="0" w:after="0" w:line="240" w:lineRule="auto"/>
            </w:pPr>
          </w:p>
        </w:tc>
      </w:tr>
      <w:tr>
        <w:trPr>
          <w:trHeight w:val="1502" w:hRule="atLeast"/>
        </w:trPr>
        <w:tc>
          <w:tcPr>
            <w:tcW w:type="dxa" w:w="1361"/>
            <w:tcBorders>
              <w:top w:val="single" w:sz="4" w:color="C9C4E3"/>
              <w:left w:val="single" w:sz="4" w:color="C9C4E3"/>
              <w:bottom w:val="single" w:sz="4" w:color="C9C4E3"/>
              <w:right w:val="single" w:sz="4" w:color="C9C4E3"/>
            </w:tcBorders>
            <w:shd w:val="clear" w:color="auto" w:fill="EFEDF9"/>
            <w:vAlign w:val="top"/>
          </w:tcPr>
          <w:p>
            <w:pPr>
              <w:spacing w:before="0" w:after="0" w:line="240" w:lineRule="auto"/>
            </w:pPr>
          </w:p>
        </w:tc>
        <w:tc>
          <w:tcPr>
            <w:tcW w:type="dxa" w:w="1814"/>
            <w:tcBorders>
              <w:top w:val="single" w:sz="4" w:color="C9C4E3"/>
              <w:left w:val="single" w:sz="4" w:color="C9C4E3"/>
              <w:bottom w:val="single" w:sz="4" w:color="C9C4E3"/>
              <w:right w:val="single" w:sz="4" w:color="C9C4E3"/>
            </w:tcBorders>
            <w:shd w:val="clear" w:color="auto" w:fill="EFEDF9"/>
            <w:vAlign w:val="top"/>
          </w:tcPr>
          <w:p>
            <w:pPr>
              <w:spacing w:before="0" w:after="0" w:line="240" w:lineRule="auto"/>
            </w:pPr>
          </w:p>
        </w:tc>
        <w:tc>
          <w:tcPr>
            <w:tcW w:type="dxa" w:w="5896"/>
            <w:tcBorders>
              <w:top w:val="single" w:sz="4" w:color="C9C4E3"/>
              <w:left w:val="single" w:sz="4" w:color="C9C4E3"/>
              <w:bottom w:val="single" w:sz="4" w:color="C9C4E3"/>
              <w:right w:val="single" w:sz="4" w:color="C9C4E3"/>
            </w:tcBorders>
            <w:shd w:val="clear" w:color="auto" w:fill="EFEDF9"/>
            <w:vAlign w:val="top"/>
          </w:tcPr>
          <w:p>
            <w:pPr>
              <w:spacing w:before="0" w:after="0" w:line="240" w:lineRule="auto"/>
            </w:pPr>
          </w:p>
        </w:tc>
        <w:tc>
          <w:tcPr>
            <w:tcW w:type="dxa" w:w="1474"/>
            <w:tcBorders>
              <w:top w:val="single" w:sz="4" w:color="C9C4E3"/>
              <w:left w:val="single" w:sz="4" w:color="C9C4E3"/>
              <w:bottom w:val="single" w:sz="4" w:color="C9C4E3"/>
              <w:right w:val="single" w:sz="4" w:color="C9C4E3"/>
            </w:tcBorders>
            <w:shd w:val="clear" w:color="auto" w:fill="EFEDF9"/>
            <w:vAlign w:val="top"/>
          </w:tcPr>
          <w:p>
            <w:pPr>
              <w:spacing w:before="0" w:after="0" w:line="240" w:lineRule="auto"/>
            </w:pPr>
          </w:p>
        </w:tc>
      </w:tr>
      <w:tr>
        <w:trPr>
          <w:trHeight w:val="1502" w:hRule="atLeast"/>
        </w:trPr>
        <w:tc>
          <w:tcPr>
            <w:tcW w:type="dxa" w:w="1361"/>
            <w:tcBorders>
              <w:top w:val="single" w:sz="4" w:color="C9C4E3"/>
              <w:left w:val="single" w:sz="4" w:color="C9C4E3"/>
              <w:bottom w:val="single" w:sz="4" w:color="C9C4E3"/>
              <w:right w:val="single" w:sz="4" w:color="C9C4E3"/>
            </w:tcBorders>
            <w:vAlign w:val="top"/>
          </w:tcPr>
          <w:p>
            <w:pPr>
              <w:spacing w:before="0" w:after="0" w:line="240" w:lineRule="auto"/>
            </w:pPr>
          </w:p>
        </w:tc>
        <w:tc>
          <w:tcPr>
            <w:tcW w:type="dxa" w:w="1814"/>
            <w:tcBorders>
              <w:top w:val="single" w:sz="4" w:color="C9C4E3"/>
              <w:left w:val="single" w:sz="4" w:color="C9C4E3"/>
              <w:bottom w:val="single" w:sz="4" w:color="C9C4E3"/>
              <w:right w:val="single" w:sz="4" w:color="C9C4E3"/>
            </w:tcBorders>
            <w:vAlign w:val="top"/>
          </w:tcPr>
          <w:p>
            <w:pPr>
              <w:spacing w:before="0" w:after="0" w:line="240" w:lineRule="auto"/>
            </w:pPr>
          </w:p>
        </w:tc>
        <w:tc>
          <w:tcPr>
            <w:tcW w:type="dxa" w:w="5896"/>
            <w:tcBorders>
              <w:top w:val="single" w:sz="4" w:color="C9C4E3"/>
              <w:left w:val="single" w:sz="4" w:color="C9C4E3"/>
              <w:bottom w:val="single" w:sz="4" w:color="C9C4E3"/>
              <w:right w:val="single" w:sz="4" w:color="C9C4E3"/>
            </w:tcBorders>
            <w:vAlign w:val="top"/>
          </w:tcPr>
          <w:p>
            <w:pPr>
              <w:spacing w:before="0" w:after="0" w:line="240" w:lineRule="auto"/>
            </w:pPr>
          </w:p>
        </w:tc>
        <w:tc>
          <w:tcPr>
            <w:tcW w:type="dxa" w:w="1474"/>
            <w:tcBorders>
              <w:top w:val="single" w:sz="4" w:color="C9C4E3"/>
              <w:left w:val="single" w:sz="4" w:color="C9C4E3"/>
              <w:bottom w:val="single" w:sz="4" w:color="C9C4E3"/>
              <w:right w:val="single" w:sz="4" w:color="C9C4E3"/>
            </w:tcBorders>
            <w:vAlign w:val="top"/>
          </w:tcPr>
          <w:p>
            <w:pPr>
              <w:spacing w:before="0" w:after="0" w:line="240" w:lineRule="auto"/>
            </w:pPr>
          </w:p>
        </w:tc>
      </w:tr>
      <w:tr>
        <w:trPr>
          <w:trHeight w:val="1502" w:hRule="atLeast"/>
        </w:trPr>
        <w:tc>
          <w:tcPr>
            <w:tcW w:type="dxa" w:w="1361"/>
            <w:tcBorders>
              <w:top w:val="single" w:sz="4" w:color="C9C4E3"/>
              <w:left w:val="single" w:sz="4" w:color="C9C4E3"/>
              <w:bottom w:val="single" w:sz="4" w:color="C9C4E3"/>
              <w:right w:val="single" w:sz="4" w:color="C9C4E3"/>
            </w:tcBorders>
            <w:shd w:val="clear" w:color="auto" w:fill="EFEDF9"/>
            <w:vAlign w:val="top"/>
          </w:tcPr>
          <w:p>
            <w:pPr>
              <w:spacing w:before="0" w:after="0" w:line="240" w:lineRule="auto"/>
            </w:pPr>
          </w:p>
        </w:tc>
        <w:tc>
          <w:tcPr>
            <w:tcW w:type="dxa" w:w="1814"/>
            <w:tcBorders>
              <w:top w:val="single" w:sz="4" w:color="C9C4E3"/>
              <w:left w:val="single" w:sz="4" w:color="C9C4E3"/>
              <w:bottom w:val="single" w:sz="4" w:color="C9C4E3"/>
              <w:right w:val="single" w:sz="4" w:color="C9C4E3"/>
            </w:tcBorders>
            <w:shd w:val="clear" w:color="auto" w:fill="EFEDF9"/>
            <w:vAlign w:val="top"/>
          </w:tcPr>
          <w:p>
            <w:pPr>
              <w:spacing w:before="0" w:after="0" w:line="240" w:lineRule="auto"/>
            </w:pPr>
          </w:p>
        </w:tc>
        <w:tc>
          <w:tcPr>
            <w:tcW w:type="dxa" w:w="5896"/>
            <w:tcBorders>
              <w:top w:val="single" w:sz="4" w:color="C9C4E3"/>
              <w:left w:val="single" w:sz="4" w:color="C9C4E3"/>
              <w:bottom w:val="single" w:sz="4" w:color="C9C4E3"/>
              <w:right w:val="single" w:sz="4" w:color="C9C4E3"/>
            </w:tcBorders>
            <w:shd w:val="clear" w:color="auto" w:fill="EFEDF9"/>
            <w:vAlign w:val="top"/>
          </w:tcPr>
          <w:p>
            <w:pPr>
              <w:spacing w:before="0" w:after="0" w:line="240" w:lineRule="auto"/>
            </w:pPr>
          </w:p>
        </w:tc>
        <w:tc>
          <w:tcPr>
            <w:tcW w:type="dxa" w:w="1474"/>
            <w:tcBorders>
              <w:top w:val="single" w:sz="4" w:color="C9C4E3"/>
              <w:left w:val="single" w:sz="4" w:color="C9C4E3"/>
              <w:bottom w:val="single" w:sz="4" w:color="C9C4E3"/>
              <w:right w:val="single" w:sz="4" w:color="C9C4E3"/>
            </w:tcBorders>
            <w:shd w:val="clear" w:color="auto" w:fill="EFEDF9"/>
            <w:vAlign w:val="top"/>
          </w:tcPr>
          <w:p>
            <w:pPr>
              <w:spacing w:before="0" w:after="0" w:line="240" w:lineRule="auto"/>
            </w:pPr>
          </w:p>
        </w:tc>
      </w:tr>
      <w:tr>
        <w:trPr>
          <w:trHeight w:val="1502" w:hRule="atLeast"/>
        </w:trPr>
        <w:tc>
          <w:tcPr>
            <w:tcW w:type="dxa" w:w="1361"/>
            <w:tcBorders>
              <w:top w:val="single" w:sz="4" w:color="C9C4E3"/>
              <w:left w:val="single" w:sz="4" w:color="C9C4E3"/>
              <w:bottom w:val="single" w:sz="4" w:color="C9C4E3"/>
              <w:right w:val="single" w:sz="4" w:color="C9C4E3"/>
            </w:tcBorders>
            <w:vAlign w:val="top"/>
          </w:tcPr>
          <w:p>
            <w:pPr>
              <w:spacing w:before="0" w:after="0" w:line="240" w:lineRule="auto"/>
            </w:pPr>
          </w:p>
        </w:tc>
        <w:tc>
          <w:tcPr>
            <w:tcW w:type="dxa" w:w="1814"/>
            <w:tcBorders>
              <w:top w:val="single" w:sz="4" w:color="C9C4E3"/>
              <w:left w:val="single" w:sz="4" w:color="C9C4E3"/>
              <w:bottom w:val="single" w:sz="4" w:color="C9C4E3"/>
              <w:right w:val="single" w:sz="4" w:color="C9C4E3"/>
            </w:tcBorders>
            <w:vAlign w:val="top"/>
          </w:tcPr>
          <w:p>
            <w:pPr>
              <w:spacing w:before="0" w:after="0" w:line="240" w:lineRule="auto"/>
            </w:pPr>
          </w:p>
        </w:tc>
        <w:tc>
          <w:tcPr>
            <w:tcW w:type="dxa" w:w="5896"/>
            <w:tcBorders>
              <w:top w:val="single" w:sz="4" w:color="C9C4E3"/>
              <w:left w:val="single" w:sz="4" w:color="C9C4E3"/>
              <w:bottom w:val="single" w:sz="4" w:color="C9C4E3"/>
              <w:right w:val="single" w:sz="4" w:color="C9C4E3"/>
            </w:tcBorders>
            <w:vAlign w:val="top"/>
          </w:tcPr>
          <w:p>
            <w:pPr>
              <w:spacing w:before="0" w:after="0" w:line="240" w:lineRule="auto"/>
            </w:pPr>
          </w:p>
        </w:tc>
        <w:tc>
          <w:tcPr>
            <w:tcW w:type="dxa" w:w="1474"/>
            <w:tcBorders>
              <w:top w:val="single" w:sz="4" w:color="C9C4E3"/>
              <w:left w:val="single" w:sz="4" w:color="C9C4E3"/>
              <w:bottom w:val="single" w:sz="4" w:color="C9C4E3"/>
              <w:right w:val="single" w:sz="4" w:color="C9C4E3"/>
            </w:tcBorders>
            <w:vAlign w:val="top"/>
          </w:tcPr>
          <w:p>
            <w:pPr>
              <w:spacing w:before="0" w:after="0" w:line="240" w:lineRule="auto"/>
            </w:pPr>
          </w:p>
        </w:tc>
      </w:tr>
      <w:tr>
        <w:trPr>
          <w:trHeight w:val="1502" w:hRule="atLeast"/>
        </w:trPr>
        <w:tc>
          <w:tcPr>
            <w:tcW w:type="dxa" w:w="1361"/>
            <w:tcBorders>
              <w:top w:val="single" w:sz="4" w:color="C9C4E3"/>
              <w:left w:val="single" w:sz="4" w:color="C9C4E3"/>
              <w:bottom w:val="single" w:sz="4" w:color="C9C4E3"/>
              <w:right w:val="single" w:sz="4" w:color="C9C4E3"/>
            </w:tcBorders>
            <w:shd w:val="clear" w:color="auto" w:fill="EFEDF9"/>
            <w:vAlign w:val="top"/>
          </w:tcPr>
          <w:p>
            <w:pPr>
              <w:spacing w:before="0" w:after="0" w:line="240" w:lineRule="auto"/>
            </w:pPr>
          </w:p>
        </w:tc>
        <w:tc>
          <w:tcPr>
            <w:tcW w:type="dxa" w:w="1814"/>
            <w:tcBorders>
              <w:top w:val="single" w:sz="4" w:color="C9C4E3"/>
              <w:left w:val="single" w:sz="4" w:color="C9C4E3"/>
              <w:bottom w:val="single" w:sz="4" w:color="C9C4E3"/>
              <w:right w:val="single" w:sz="4" w:color="C9C4E3"/>
            </w:tcBorders>
            <w:shd w:val="clear" w:color="auto" w:fill="EFEDF9"/>
            <w:vAlign w:val="top"/>
          </w:tcPr>
          <w:p>
            <w:pPr>
              <w:spacing w:before="0" w:after="0" w:line="240" w:lineRule="auto"/>
            </w:pPr>
          </w:p>
        </w:tc>
        <w:tc>
          <w:tcPr>
            <w:tcW w:type="dxa" w:w="5896"/>
            <w:tcBorders>
              <w:top w:val="single" w:sz="4" w:color="C9C4E3"/>
              <w:left w:val="single" w:sz="4" w:color="C9C4E3"/>
              <w:bottom w:val="single" w:sz="4" w:color="C9C4E3"/>
              <w:right w:val="single" w:sz="4" w:color="C9C4E3"/>
            </w:tcBorders>
            <w:shd w:val="clear" w:color="auto" w:fill="EFEDF9"/>
            <w:vAlign w:val="top"/>
          </w:tcPr>
          <w:p>
            <w:pPr>
              <w:spacing w:before="0" w:after="0" w:line="240" w:lineRule="auto"/>
            </w:pPr>
          </w:p>
        </w:tc>
        <w:tc>
          <w:tcPr>
            <w:tcW w:type="dxa" w:w="1474"/>
            <w:tcBorders>
              <w:top w:val="single" w:sz="4" w:color="C9C4E3"/>
              <w:left w:val="single" w:sz="4" w:color="C9C4E3"/>
              <w:bottom w:val="single" w:sz="4" w:color="C9C4E3"/>
              <w:right w:val="single" w:sz="4" w:color="C9C4E3"/>
            </w:tcBorders>
            <w:shd w:val="clear" w:color="auto" w:fill="EFEDF9"/>
            <w:vAlign w:val="top"/>
          </w:tcPr>
          <w:p>
            <w:pPr>
              <w:spacing w:before="0" w:after="0" w:line="240" w:lineRule="auto"/>
            </w:pPr>
          </w:p>
        </w:tc>
      </w:tr>
      <w:tr>
        <w:trPr>
          <w:trHeight w:val="1502" w:hRule="atLeast"/>
        </w:trPr>
        <w:tc>
          <w:tcPr>
            <w:tcW w:type="dxa" w:w="1361"/>
            <w:tcBorders>
              <w:top w:val="single" w:sz="4" w:color="C9C4E3"/>
              <w:left w:val="single" w:sz="4" w:color="C9C4E3"/>
              <w:bottom w:val="single" w:sz="4" w:color="C9C4E3"/>
              <w:right w:val="single" w:sz="4" w:color="C9C4E3"/>
            </w:tcBorders>
            <w:vAlign w:val="top"/>
          </w:tcPr>
          <w:p>
            <w:pPr>
              <w:spacing w:before="0" w:after="0" w:line="240" w:lineRule="auto"/>
            </w:pPr>
          </w:p>
        </w:tc>
        <w:tc>
          <w:tcPr>
            <w:tcW w:type="dxa" w:w="1814"/>
            <w:tcBorders>
              <w:top w:val="single" w:sz="4" w:color="C9C4E3"/>
              <w:left w:val="single" w:sz="4" w:color="C9C4E3"/>
              <w:bottom w:val="single" w:sz="4" w:color="C9C4E3"/>
              <w:right w:val="single" w:sz="4" w:color="C9C4E3"/>
            </w:tcBorders>
            <w:vAlign w:val="top"/>
          </w:tcPr>
          <w:p>
            <w:pPr>
              <w:spacing w:before="0" w:after="0" w:line="240" w:lineRule="auto"/>
            </w:pPr>
          </w:p>
        </w:tc>
        <w:tc>
          <w:tcPr>
            <w:tcW w:type="dxa" w:w="5896"/>
            <w:tcBorders>
              <w:top w:val="single" w:sz="4" w:color="C9C4E3"/>
              <w:left w:val="single" w:sz="4" w:color="C9C4E3"/>
              <w:bottom w:val="single" w:sz="4" w:color="C9C4E3"/>
              <w:right w:val="single" w:sz="4" w:color="C9C4E3"/>
            </w:tcBorders>
            <w:vAlign w:val="top"/>
          </w:tcPr>
          <w:p>
            <w:pPr>
              <w:spacing w:before="0" w:after="0" w:line="240" w:lineRule="auto"/>
            </w:pPr>
          </w:p>
        </w:tc>
        <w:tc>
          <w:tcPr>
            <w:tcW w:type="dxa" w:w="1474"/>
            <w:tcBorders>
              <w:top w:val="single" w:sz="4" w:color="C9C4E3"/>
              <w:left w:val="single" w:sz="4" w:color="C9C4E3"/>
              <w:bottom w:val="single" w:sz="4" w:color="C9C4E3"/>
              <w:right w:val="single" w:sz="4" w:color="C9C4E3"/>
            </w:tcBorders>
            <w:vAlign w:val="top"/>
          </w:tcPr>
          <w:p>
            <w:pPr>
              <w:spacing w:before="0" w:after="0" w:line="240" w:lineRule="auto"/>
            </w:pPr>
          </w:p>
        </w:tc>
      </w:tr>
      <w:tr>
        <w:trPr>
          <w:trHeight w:val="1502" w:hRule="atLeast"/>
        </w:trPr>
        <w:tc>
          <w:tcPr>
            <w:tcW w:type="dxa" w:w="1361"/>
            <w:tcBorders>
              <w:top w:val="single" w:sz="4" w:color="C9C4E3"/>
              <w:left w:val="single" w:sz="4" w:color="C9C4E3"/>
              <w:bottom w:val="single" w:sz="4" w:color="C9C4E3"/>
              <w:right w:val="single" w:sz="4" w:color="C9C4E3"/>
            </w:tcBorders>
            <w:shd w:val="clear" w:color="auto" w:fill="EFEDF9"/>
            <w:vAlign w:val="top"/>
          </w:tcPr>
          <w:p>
            <w:pPr>
              <w:spacing w:before="0" w:after="0" w:line="240" w:lineRule="auto"/>
            </w:pPr>
          </w:p>
        </w:tc>
        <w:tc>
          <w:tcPr>
            <w:tcW w:type="dxa" w:w="1814"/>
            <w:tcBorders>
              <w:top w:val="single" w:sz="4" w:color="C9C4E3"/>
              <w:left w:val="single" w:sz="4" w:color="C9C4E3"/>
              <w:bottom w:val="single" w:sz="4" w:color="C9C4E3"/>
              <w:right w:val="single" w:sz="4" w:color="C9C4E3"/>
            </w:tcBorders>
            <w:shd w:val="clear" w:color="auto" w:fill="EFEDF9"/>
            <w:vAlign w:val="top"/>
          </w:tcPr>
          <w:p>
            <w:pPr>
              <w:spacing w:before="0" w:after="0" w:line="240" w:lineRule="auto"/>
            </w:pPr>
          </w:p>
        </w:tc>
        <w:tc>
          <w:tcPr>
            <w:tcW w:type="dxa" w:w="5896"/>
            <w:tcBorders>
              <w:top w:val="single" w:sz="4" w:color="C9C4E3"/>
              <w:left w:val="single" w:sz="4" w:color="C9C4E3"/>
              <w:bottom w:val="single" w:sz="4" w:color="C9C4E3"/>
              <w:right w:val="single" w:sz="4" w:color="C9C4E3"/>
            </w:tcBorders>
            <w:shd w:val="clear" w:color="auto" w:fill="EFEDF9"/>
            <w:vAlign w:val="top"/>
          </w:tcPr>
          <w:p>
            <w:pPr>
              <w:spacing w:before="0" w:after="0" w:line="240" w:lineRule="auto"/>
            </w:pPr>
          </w:p>
        </w:tc>
        <w:tc>
          <w:tcPr>
            <w:tcW w:type="dxa" w:w="1474"/>
            <w:tcBorders>
              <w:top w:val="single" w:sz="4" w:color="C9C4E3"/>
              <w:left w:val="single" w:sz="4" w:color="C9C4E3"/>
              <w:bottom w:val="single" w:sz="4" w:color="C9C4E3"/>
              <w:right w:val="single" w:sz="4" w:color="C9C4E3"/>
            </w:tcBorders>
            <w:shd w:val="clear" w:color="auto" w:fill="EFEDF9"/>
            <w:vAlign w:val="top"/>
          </w:tcPr>
          <w:p>
            <w:pPr>
              <w:spacing w:before="0" w:after="0" w:line="240" w:lineRule="auto"/>
            </w:pPr>
          </w:p>
        </w:tc>
      </w:tr>
    </w:tbl>
    <w:p>
      <w:pPr>
        <w:spacing w:before="0" w:after="0" w:line="40" w:lineRule="exact"/>
      </w:pPr>
      <w:r>
        <w:rPr>
          <w:sz w:val="2"/>
        </w:rPr>
      </w:r>
    </w:p>
    <w:p>
      <w:pPr>
        <w:spacing w:before="20" w:after="60" w:line="240" w:lineRule="auto"/>
      </w:pPr>
      <w:r>
        <w:rPr>
          <w:rFonts w:ascii="Arial" w:hAnsi="Arial" w:eastAsia="Arial"/>
          <w:b w:val="0"/>
          <w:i w:val="0"/>
          <w:color w:val="463F66"/>
          <w:sz w:val="14"/>
        </w:rPr>
        <w:t>Cada profesional (enfermería, TENS, kinesiología, terapia ocupacional, nutrición, fonoaudiología, trabajo social, medicina) escribe su evolución con fecha, hora y firma. El historial de salud y social se actualiza a diario en la carpeta personal (Decreto 20, art. 12 letra j).</w:t>
      </w:r>
    </w:p>
    <w:p>
      <w:pPr>
        <w:sectPr>
          <w:footerReference w:type="default" r:id="rId9"/>
          <w:pgSz w:w="11906" w:h="16838"/>
          <w:pgMar w:top="680" w:right="680" w:bottom="794" w:left="680" w:header="340" w:footer="283" w:gutter="0"/>
          <w:cols w:space="720"/>
          <w:docGrid w:linePitch="360"/>
        </w:sectPr>
      </w:pPr>
    </w:p>
    <w:tbl>
      <w:tblPr>
        <w:tblW w:type="auto" w:w="0"/>
        <w:jc w:val="left"/>
        <w:tblLayout w:type="fixed"/>
        <w:tblLook w:firstColumn="1" w:firstRow="1" w:lastColumn="0" w:lastRow="0" w:noHBand="0" w:noVBand="1" w:val="04A0"/>
      </w:tblPr>
      <w:tblGrid>
        <w:gridCol w:w="3402"/>
        <w:gridCol w:w="12076"/>
      </w:tblGrid>
      <w:tr>
        <w:tc>
          <w:tcPr>
            <w:tcW w:type="dxa" w:w="3402"/>
            <w:tcBorders>
              <w:top w:val="nil"/>
              <w:left w:val="nil"/>
              <w:bottom w:val="single" w:sz="12" w:color="6848DB"/>
              <w:right w:val="nil"/>
            </w:tcBorders>
            <w:vAlign w:val="center"/>
          </w:tcPr>
          <w:p>
            <w:pPr>
              <w:spacing w:before="0" w:after="60" w:line="240" w:lineRule="auto"/>
            </w:pPr>
            <w:r>
              <w:drawing>
                <wp:inline xmlns:a="http://schemas.openxmlformats.org/drawingml/2006/main" xmlns:pic="http://schemas.openxmlformats.org/drawingml/2006/picture">
                  <wp:extent cx="1346625" cy="252000"/>
                  <wp:docPr id="2" name="Picture 2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maca-horizontal.png"/>
                          <pic:cNvPicPr/>
                        </pic:nvPicPr>
                        <pic:blipFill>
                          <a:blip r:embed="rId1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346625" cy="2520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12076"/>
            <w:tcBorders>
              <w:top w:val="nil"/>
              <w:left w:val="nil"/>
              <w:bottom w:val="single" w:sz="12" w:color="6848DB"/>
              <w:right w:val="nil"/>
            </w:tcBorders>
            <w:vAlign w:val="center"/>
          </w:tcPr>
          <w:p>
            <w:pPr>
              <w:spacing w:before="0" w:after="0" w:line="240" w:lineRule="auto"/>
              <w:jc w:val="right"/>
            </w:pPr>
            <w:r>
              <w:rPr>
                <w:rFonts w:ascii="Arial" w:hAnsi="Arial" w:eastAsia="Arial"/>
                <w:b/>
                <w:i w:val="0"/>
                <w:color w:val="1B1537"/>
                <w:sz w:val="28"/>
              </w:rPr>
              <w:t>Evolución del residente</w:t>
            </w:r>
          </w:p>
          <w:p>
            <w:pPr>
              <w:spacing w:before="0" w:after="60" w:line="240" w:lineRule="auto"/>
              <w:jc w:val="right"/>
            </w:pPr>
            <w:r>
              <w:rPr>
                <w:rFonts w:ascii="Arial" w:hAnsi="Arial" w:eastAsia="Arial"/>
                <w:b w:val="0"/>
                <w:i w:val="0"/>
                <w:color w:val="6A6488"/>
                <w:sz w:val="16"/>
              </w:rPr>
              <w:t>Profesionales y cuidadoras por turno · Decreto 20, arts. 12 j), 19 e) y 29 e)  ·  continuación</w:t>
            </w:r>
          </w:p>
        </w:tc>
      </w:tr>
    </w:tbl>
    <w:p>
      <w:pPr>
        <w:spacing w:before="0" w:after="0" w:line="40" w:lineRule="exact"/>
      </w:pPr>
      <w:r>
        <w:rPr>
          <w:sz w:val="2"/>
        </w:rPr>
      </w:r>
    </w:p>
    <w:tbl>
      <w:tblPr>
        <w:tblW w:type="auto" w:w="0"/>
        <w:jc w:val="left"/>
        <w:tblLayout w:type="fixed"/>
        <w:tblLook w:firstColumn="1" w:firstRow="1" w:lastColumn="0" w:lastRow="0" w:noHBand="0" w:noVBand="1" w:val="04A0"/>
      </w:tblPr>
      <w:tblGrid>
        <w:gridCol w:w="9286"/>
        <w:gridCol w:w="6191"/>
      </w:tblGrid>
      <w:tr>
        <w:trPr>
          <w:trHeight w:val="539" w:hRule="atLeast"/>
        </w:trPr>
        <w:tc>
          <w:tcPr>
            <w:tcW w:type="dxa" w:w="9286"/>
            <w:tcBorders>
              <w:top w:val="nil"/>
              <w:left w:val="nil"/>
              <w:bottom w:val="single" w:sz="4" w:color="C9C4E3"/>
              <w:right w:val="nil"/>
            </w:tcBorders>
            <w:vAlign w:val="top"/>
          </w:tcPr>
          <w:p>
            <w:pPr>
              <w:spacing w:before="0" w:after="0" w:line="240" w:lineRule="auto"/>
            </w:pPr>
            <w:r>
              <w:rPr>
                <w:rFonts w:ascii="Arial" w:hAnsi="Arial" w:eastAsia="Arial"/>
                <w:b/>
                <w:i w:val="0"/>
                <w:color w:val="6A6488"/>
                <w:sz w:val="13"/>
              </w:rPr>
              <w:t>RESIDENTE</w:t>
            </w:r>
          </w:p>
        </w:tc>
        <w:tc>
          <w:tcPr>
            <w:tcW w:type="dxa" w:w="6191"/>
            <w:tcBorders>
              <w:top w:val="nil"/>
              <w:left w:val="nil"/>
              <w:bottom w:val="nil"/>
              <w:right w:val="nil"/>
            </w:tcBorders>
            <w:vAlign w:val="top"/>
          </w:tcPr>
          <w:p>
            <w:pPr>
              <w:spacing w:before="0" w:after="0" w:line="240" w:lineRule="auto"/>
            </w:pPr>
            <w:r>
              <w:rPr>
                <w:rFonts w:ascii="Arial" w:hAnsi="Arial" w:eastAsia="Arial"/>
                <w:b/>
                <w:i w:val="0"/>
                <w:color w:val="6A6488"/>
                <w:sz w:val="13"/>
              </w:rPr>
            </w:r>
          </w:p>
        </w:tc>
      </w:tr>
    </w:tbl>
    <w:p>
      <w:pPr>
        <w:spacing w:before="0" w:after="0" w:line="80" w:lineRule="exact"/>
      </w:pPr>
      <w:r>
        <w:rPr>
          <w:sz w:val="2"/>
        </w:rPr>
      </w:r>
    </w:p>
    <w:p>
      <w:pPr>
        <w:keepNext/>
        <w:spacing w:before="60" w:after="40" w:line="240" w:lineRule="auto"/>
      </w:pPr>
      <w:r>
        <w:rPr>
          <w:rFonts w:ascii="Arial" w:hAnsi="Arial" w:eastAsia="Arial"/>
          <w:b/>
          <w:i w:val="0"/>
          <w:color w:val="6848DB"/>
          <w:sz w:val="17"/>
        </w:rPr>
        <w:t>REGISTRO DE CUIDADORAS POR TURNO</w:t>
      </w:r>
    </w:p>
    <w:tbl>
      <w:tblPr>
        <w:tblW w:type="auto" w:w="0"/>
        <w:jc w:val="left"/>
        <w:tblLayout w:type="fixed"/>
        <w:tblLook w:firstColumn="1" w:firstRow="1" w:lastColumn="0" w:lastRow="0" w:noHBand="0" w:noVBand="1" w:val="04A0"/>
      </w:tblPr>
      <w:tblGrid>
        <w:gridCol w:w="1020"/>
        <w:gridCol w:w="907"/>
        <w:gridCol w:w="1361"/>
        <w:gridCol w:w="1247"/>
        <w:gridCol w:w="1417"/>
        <w:gridCol w:w="1361"/>
        <w:gridCol w:w="1361"/>
        <w:gridCol w:w="1417"/>
        <w:gridCol w:w="3572"/>
        <w:gridCol w:w="1814"/>
      </w:tblGrid>
      <w:tr>
        <w:trPr>
          <w:trHeight w:val="340" w:hRule="atLeast"/>
          <w:tblHeader/>
        </w:trPr>
        <w:tc>
          <w:tcPr>
            <w:tcW w:type="dxa" w:w="1020"/>
            <w:tcBorders>
              <w:top w:val="single" w:sz="4" w:color="FFFFFF"/>
              <w:left w:val="single" w:sz="4" w:color="FFFFFF"/>
              <w:bottom w:val="single" w:sz="4" w:color="FFFFFF"/>
              <w:right w:val="single" w:sz="4" w:color="FFFFFF"/>
            </w:tcBorders>
            <w:shd w:val="clear" w:color="auto" w:fill="6848DB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/>
                <w:i w:val="0"/>
                <w:color w:val="FFFFFF"/>
                <w:sz w:val="14"/>
              </w:rPr>
              <w:t>Fecha</w:t>
            </w:r>
          </w:p>
        </w:tc>
        <w:tc>
          <w:tcPr>
            <w:tcW w:type="dxa" w:w="907"/>
            <w:tcBorders>
              <w:top w:val="single" w:sz="4" w:color="FFFFFF"/>
              <w:left w:val="single" w:sz="4" w:color="FFFFFF"/>
              <w:bottom w:val="single" w:sz="4" w:color="FFFFFF"/>
              <w:right w:val="single" w:sz="4" w:color="FFFFFF"/>
            </w:tcBorders>
            <w:shd w:val="clear" w:color="auto" w:fill="6848DB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/>
                <w:i w:val="0"/>
                <w:color w:val="FFFFFF"/>
                <w:sz w:val="14"/>
              </w:rPr>
              <w:t>Turno</w:t>
            </w:r>
          </w:p>
        </w:tc>
        <w:tc>
          <w:tcPr>
            <w:tcW w:type="dxa" w:w="1361"/>
            <w:tcBorders>
              <w:top w:val="single" w:sz="4" w:color="FFFFFF"/>
              <w:left w:val="single" w:sz="4" w:color="FFFFFF"/>
              <w:bottom w:val="single" w:sz="4" w:color="FFFFFF"/>
              <w:right w:val="single" w:sz="4" w:color="FFFFFF"/>
            </w:tcBorders>
            <w:shd w:val="clear" w:color="auto" w:fill="6848DB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/>
                <w:i w:val="0"/>
                <w:color w:val="FFFFFF"/>
                <w:sz w:val="14"/>
              </w:rPr>
              <w:t>Alimentación</w:t>
            </w:r>
          </w:p>
        </w:tc>
        <w:tc>
          <w:tcPr>
            <w:tcW w:type="dxa" w:w="1247"/>
            <w:tcBorders>
              <w:top w:val="single" w:sz="4" w:color="FFFFFF"/>
              <w:left w:val="single" w:sz="4" w:color="FFFFFF"/>
              <w:bottom w:val="single" w:sz="4" w:color="FFFFFF"/>
              <w:right w:val="single" w:sz="4" w:color="FFFFFF"/>
            </w:tcBorders>
            <w:shd w:val="clear" w:color="auto" w:fill="6848DB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/>
                <w:i w:val="0"/>
                <w:color w:val="FFFFFF"/>
                <w:sz w:val="14"/>
              </w:rPr>
              <w:t>Hidratación</w:t>
            </w:r>
          </w:p>
        </w:tc>
        <w:tc>
          <w:tcPr>
            <w:tcW w:type="dxa" w:w="1417"/>
            <w:tcBorders>
              <w:top w:val="single" w:sz="4" w:color="FFFFFF"/>
              <w:left w:val="single" w:sz="4" w:color="FFFFFF"/>
              <w:bottom w:val="single" w:sz="4" w:color="FFFFFF"/>
              <w:right w:val="single" w:sz="4" w:color="FFFFFF"/>
            </w:tcBorders>
            <w:shd w:val="clear" w:color="auto" w:fill="6848DB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/>
                <w:i w:val="0"/>
                <w:color w:val="FFFFFF"/>
                <w:sz w:val="14"/>
              </w:rPr>
              <w:t>Higiene y confort</w:t>
            </w:r>
          </w:p>
        </w:tc>
        <w:tc>
          <w:tcPr>
            <w:tcW w:type="dxa" w:w="1361"/>
            <w:tcBorders>
              <w:top w:val="single" w:sz="4" w:color="FFFFFF"/>
              <w:left w:val="single" w:sz="4" w:color="FFFFFF"/>
              <w:bottom w:val="single" w:sz="4" w:color="FFFFFF"/>
              <w:right w:val="single" w:sz="4" w:color="FFFFFF"/>
            </w:tcBorders>
            <w:shd w:val="clear" w:color="auto" w:fill="6848DB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/>
                <w:i w:val="0"/>
                <w:color w:val="FFFFFF"/>
                <w:sz w:val="14"/>
              </w:rPr>
              <w:t>Eliminación</w:t>
            </w:r>
          </w:p>
        </w:tc>
        <w:tc>
          <w:tcPr>
            <w:tcW w:type="dxa" w:w="1361"/>
            <w:tcBorders>
              <w:top w:val="single" w:sz="4" w:color="FFFFFF"/>
              <w:left w:val="single" w:sz="4" w:color="FFFFFF"/>
              <w:bottom w:val="single" w:sz="4" w:color="FFFFFF"/>
              <w:right w:val="single" w:sz="4" w:color="FFFFFF"/>
            </w:tcBorders>
            <w:shd w:val="clear" w:color="auto" w:fill="6848DB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/>
                <w:i w:val="0"/>
                <w:color w:val="FFFFFF"/>
                <w:sz w:val="14"/>
              </w:rPr>
              <w:t>Sueño y descanso</w:t>
            </w:r>
          </w:p>
        </w:tc>
        <w:tc>
          <w:tcPr>
            <w:tcW w:type="dxa" w:w="1417"/>
            <w:tcBorders>
              <w:top w:val="single" w:sz="4" w:color="FFFFFF"/>
              <w:left w:val="single" w:sz="4" w:color="FFFFFF"/>
              <w:bottom w:val="single" w:sz="4" w:color="FFFFFF"/>
              <w:right w:val="single" w:sz="4" w:color="FFFFFF"/>
            </w:tcBorders>
            <w:shd w:val="clear" w:color="auto" w:fill="6848DB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/>
                <w:i w:val="0"/>
                <w:color w:val="FFFFFF"/>
                <w:sz w:val="14"/>
              </w:rPr>
              <w:t>Ánimo y conducta</w:t>
            </w:r>
          </w:p>
        </w:tc>
        <w:tc>
          <w:tcPr>
            <w:tcW w:type="dxa" w:w="3572"/>
            <w:tcBorders>
              <w:top w:val="single" w:sz="4" w:color="FFFFFF"/>
              <w:left w:val="single" w:sz="4" w:color="FFFFFF"/>
              <w:bottom w:val="single" w:sz="4" w:color="FFFFFF"/>
              <w:right w:val="single" w:sz="4" w:color="FFFFFF"/>
            </w:tcBorders>
            <w:shd w:val="clear" w:color="auto" w:fill="6848DB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/>
                <w:i w:val="0"/>
                <w:color w:val="FFFFFF"/>
                <w:sz w:val="13"/>
              </w:rPr>
              <w:t>Novedades y avisos al profesional</w:t>
            </w:r>
          </w:p>
        </w:tc>
        <w:tc>
          <w:tcPr>
            <w:tcW w:type="dxa" w:w="1814"/>
            <w:tcBorders>
              <w:top w:val="single" w:sz="4" w:color="FFFFFF"/>
              <w:left w:val="single" w:sz="4" w:color="FFFFFF"/>
              <w:bottom w:val="single" w:sz="4" w:color="FFFFFF"/>
              <w:right w:val="single" w:sz="4" w:color="FFFFFF"/>
            </w:tcBorders>
            <w:shd w:val="clear" w:color="auto" w:fill="6848DB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/>
                <w:i w:val="0"/>
                <w:color w:val="FFFFFF"/>
                <w:sz w:val="14"/>
              </w:rPr>
              <w:t>Nombre y firma</w:t>
            </w:r>
          </w:p>
        </w:tc>
      </w:tr>
      <w:tr>
        <w:trPr>
          <w:trHeight w:val="488" w:hRule="atLeast"/>
        </w:trPr>
        <w:tc>
          <w:tcPr>
            <w:tcW w:type="dxa" w:w="1020"/>
            <w:tcBorders>
              <w:top w:val="single" w:sz="4" w:color="C9C4E3"/>
              <w:left w:val="single" w:sz="4" w:color="C9C4E3"/>
              <w:bottom w:val="single" w:sz="4" w:color="C9C4E3"/>
              <w:right w:val="single" w:sz="4" w:color="C9C4E3"/>
            </w:tcBorders>
            <w:vAlign w:val="center"/>
          </w:tcPr>
          <w:p>
            <w:pPr>
              <w:spacing w:before="0" w:after="0" w:line="240" w:lineRule="auto"/>
            </w:pPr>
          </w:p>
        </w:tc>
        <w:tc>
          <w:tcPr>
            <w:tcW w:type="dxa" w:w="907"/>
            <w:tcBorders>
              <w:top w:val="single" w:sz="4" w:color="C9C4E3"/>
              <w:left w:val="single" w:sz="4" w:color="C9C4E3"/>
              <w:bottom w:val="single" w:sz="4" w:color="C9C4E3"/>
              <w:right w:val="single" w:sz="4" w:color="C9C4E3"/>
            </w:tcBorders>
            <w:vAlign w:val="center"/>
          </w:tcPr>
          <w:p>
            <w:pPr>
              <w:spacing w:before="0" w:after="0" w:line="240" w:lineRule="auto"/>
            </w:pPr>
          </w:p>
        </w:tc>
        <w:tc>
          <w:tcPr>
            <w:tcW w:type="dxa" w:w="1361"/>
            <w:tcBorders>
              <w:top w:val="single" w:sz="4" w:color="C9C4E3"/>
              <w:left w:val="single" w:sz="4" w:color="C9C4E3"/>
              <w:bottom w:val="single" w:sz="4" w:color="C9C4E3"/>
              <w:right w:val="single" w:sz="4" w:color="C9C4E3"/>
            </w:tcBorders>
            <w:vAlign w:val="center"/>
          </w:tcPr>
          <w:p>
            <w:pPr>
              <w:spacing w:before="0" w:after="0" w:line="240" w:lineRule="auto"/>
            </w:pPr>
          </w:p>
        </w:tc>
        <w:tc>
          <w:tcPr>
            <w:tcW w:type="dxa" w:w="1247"/>
            <w:tcBorders>
              <w:top w:val="single" w:sz="4" w:color="C9C4E3"/>
              <w:left w:val="single" w:sz="4" w:color="C9C4E3"/>
              <w:bottom w:val="single" w:sz="4" w:color="C9C4E3"/>
              <w:right w:val="single" w:sz="4" w:color="C9C4E3"/>
            </w:tcBorders>
            <w:vAlign w:val="center"/>
          </w:tcPr>
          <w:p>
            <w:pPr>
              <w:spacing w:before="0" w:after="0" w:line="240" w:lineRule="auto"/>
            </w:pPr>
          </w:p>
        </w:tc>
        <w:tc>
          <w:tcPr>
            <w:tcW w:type="dxa" w:w="1417"/>
            <w:tcBorders>
              <w:top w:val="single" w:sz="4" w:color="C9C4E3"/>
              <w:left w:val="single" w:sz="4" w:color="C9C4E3"/>
              <w:bottom w:val="single" w:sz="4" w:color="C9C4E3"/>
              <w:right w:val="single" w:sz="4" w:color="C9C4E3"/>
            </w:tcBorders>
            <w:vAlign w:val="center"/>
          </w:tcPr>
          <w:p>
            <w:pPr>
              <w:spacing w:before="0" w:after="0" w:line="240" w:lineRule="auto"/>
            </w:pPr>
          </w:p>
        </w:tc>
        <w:tc>
          <w:tcPr>
            <w:tcW w:type="dxa" w:w="1361"/>
            <w:tcBorders>
              <w:top w:val="single" w:sz="4" w:color="C9C4E3"/>
              <w:left w:val="single" w:sz="4" w:color="C9C4E3"/>
              <w:bottom w:val="single" w:sz="4" w:color="C9C4E3"/>
              <w:right w:val="single" w:sz="4" w:color="C9C4E3"/>
            </w:tcBorders>
            <w:vAlign w:val="center"/>
          </w:tcPr>
          <w:p>
            <w:pPr>
              <w:spacing w:before="0" w:after="0" w:line="240" w:lineRule="auto"/>
            </w:pPr>
          </w:p>
        </w:tc>
        <w:tc>
          <w:tcPr>
            <w:tcW w:type="dxa" w:w="1361"/>
            <w:tcBorders>
              <w:top w:val="single" w:sz="4" w:color="C9C4E3"/>
              <w:left w:val="single" w:sz="4" w:color="C9C4E3"/>
              <w:bottom w:val="single" w:sz="4" w:color="C9C4E3"/>
              <w:right w:val="single" w:sz="4" w:color="C9C4E3"/>
            </w:tcBorders>
            <w:vAlign w:val="center"/>
          </w:tcPr>
          <w:p>
            <w:pPr>
              <w:spacing w:before="0" w:after="0" w:line="240" w:lineRule="auto"/>
            </w:pPr>
          </w:p>
        </w:tc>
        <w:tc>
          <w:tcPr>
            <w:tcW w:type="dxa" w:w="1417"/>
            <w:tcBorders>
              <w:top w:val="single" w:sz="4" w:color="C9C4E3"/>
              <w:left w:val="single" w:sz="4" w:color="C9C4E3"/>
              <w:bottom w:val="single" w:sz="4" w:color="C9C4E3"/>
              <w:right w:val="single" w:sz="4" w:color="C9C4E3"/>
            </w:tcBorders>
            <w:vAlign w:val="center"/>
          </w:tcPr>
          <w:p>
            <w:pPr>
              <w:spacing w:before="0" w:after="0" w:line="240" w:lineRule="auto"/>
            </w:pPr>
          </w:p>
        </w:tc>
        <w:tc>
          <w:tcPr>
            <w:tcW w:type="dxa" w:w="3572"/>
            <w:tcBorders>
              <w:top w:val="single" w:sz="4" w:color="C9C4E3"/>
              <w:left w:val="single" w:sz="4" w:color="C9C4E3"/>
              <w:bottom w:val="single" w:sz="4" w:color="C9C4E3"/>
              <w:right w:val="single" w:sz="4" w:color="C9C4E3"/>
            </w:tcBorders>
            <w:vAlign w:val="center"/>
          </w:tcPr>
          <w:p>
            <w:pPr>
              <w:spacing w:before="0" w:after="0" w:line="240" w:lineRule="auto"/>
            </w:pPr>
          </w:p>
        </w:tc>
        <w:tc>
          <w:tcPr>
            <w:tcW w:type="dxa" w:w="1814"/>
            <w:tcBorders>
              <w:top w:val="single" w:sz="4" w:color="C9C4E3"/>
              <w:left w:val="single" w:sz="4" w:color="C9C4E3"/>
              <w:bottom w:val="single" w:sz="4" w:color="C9C4E3"/>
              <w:right w:val="single" w:sz="4" w:color="C9C4E3"/>
            </w:tcBorders>
            <w:vAlign w:val="center"/>
          </w:tcPr>
          <w:p>
            <w:pPr>
              <w:spacing w:before="0" w:after="0" w:line="240" w:lineRule="auto"/>
            </w:pPr>
          </w:p>
        </w:tc>
      </w:tr>
      <w:tr>
        <w:trPr>
          <w:trHeight w:val="488" w:hRule="atLeast"/>
        </w:trPr>
        <w:tc>
          <w:tcPr>
            <w:tcW w:type="dxa" w:w="1020"/>
            <w:tcBorders>
              <w:top w:val="single" w:sz="4" w:color="C9C4E3"/>
              <w:left w:val="single" w:sz="4" w:color="C9C4E3"/>
              <w:bottom w:val="single" w:sz="4" w:color="C9C4E3"/>
              <w:right w:val="single" w:sz="4" w:color="C9C4E3"/>
            </w:tcBorders>
            <w:shd w:val="clear" w:color="auto" w:fill="EFEDF9"/>
            <w:vAlign w:val="center"/>
          </w:tcPr>
          <w:p>
            <w:pPr>
              <w:spacing w:before="0" w:after="0" w:line="240" w:lineRule="auto"/>
            </w:pPr>
          </w:p>
        </w:tc>
        <w:tc>
          <w:tcPr>
            <w:tcW w:type="dxa" w:w="907"/>
            <w:tcBorders>
              <w:top w:val="single" w:sz="4" w:color="C9C4E3"/>
              <w:left w:val="single" w:sz="4" w:color="C9C4E3"/>
              <w:bottom w:val="single" w:sz="4" w:color="C9C4E3"/>
              <w:right w:val="single" w:sz="4" w:color="C9C4E3"/>
            </w:tcBorders>
            <w:shd w:val="clear" w:color="auto" w:fill="EFEDF9"/>
            <w:vAlign w:val="center"/>
          </w:tcPr>
          <w:p>
            <w:pPr>
              <w:spacing w:before="0" w:after="0" w:line="240" w:lineRule="auto"/>
            </w:pPr>
          </w:p>
        </w:tc>
        <w:tc>
          <w:tcPr>
            <w:tcW w:type="dxa" w:w="1361"/>
            <w:tcBorders>
              <w:top w:val="single" w:sz="4" w:color="C9C4E3"/>
              <w:left w:val="single" w:sz="4" w:color="C9C4E3"/>
              <w:bottom w:val="single" w:sz="4" w:color="C9C4E3"/>
              <w:right w:val="single" w:sz="4" w:color="C9C4E3"/>
            </w:tcBorders>
            <w:shd w:val="clear" w:color="auto" w:fill="EFEDF9"/>
            <w:vAlign w:val="center"/>
          </w:tcPr>
          <w:p>
            <w:pPr>
              <w:spacing w:before="0" w:after="0" w:line="240" w:lineRule="auto"/>
            </w:pPr>
          </w:p>
        </w:tc>
        <w:tc>
          <w:tcPr>
            <w:tcW w:type="dxa" w:w="1247"/>
            <w:tcBorders>
              <w:top w:val="single" w:sz="4" w:color="C9C4E3"/>
              <w:left w:val="single" w:sz="4" w:color="C9C4E3"/>
              <w:bottom w:val="single" w:sz="4" w:color="C9C4E3"/>
              <w:right w:val="single" w:sz="4" w:color="C9C4E3"/>
            </w:tcBorders>
            <w:shd w:val="clear" w:color="auto" w:fill="EFEDF9"/>
            <w:vAlign w:val="center"/>
          </w:tcPr>
          <w:p>
            <w:pPr>
              <w:spacing w:before="0" w:after="0" w:line="240" w:lineRule="auto"/>
            </w:pPr>
          </w:p>
        </w:tc>
        <w:tc>
          <w:tcPr>
            <w:tcW w:type="dxa" w:w="1417"/>
            <w:tcBorders>
              <w:top w:val="single" w:sz="4" w:color="C9C4E3"/>
              <w:left w:val="single" w:sz="4" w:color="C9C4E3"/>
              <w:bottom w:val="single" w:sz="4" w:color="C9C4E3"/>
              <w:right w:val="single" w:sz="4" w:color="C9C4E3"/>
            </w:tcBorders>
            <w:shd w:val="clear" w:color="auto" w:fill="EFEDF9"/>
            <w:vAlign w:val="center"/>
          </w:tcPr>
          <w:p>
            <w:pPr>
              <w:spacing w:before="0" w:after="0" w:line="240" w:lineRule="auto"/>
            </w:pPr>
          </w:p>
        </w:tc>
        <w:tc>
          <w:tcPr>
            <w:tcW w:type="dxa" w:w="1361"/>
            <w:tcBorders>
              <w:top w:val="single" w:sz="4" w:color="C9C4E3"/>
              <w:left w:val="single" w:sz="4" w:color="C9C4E3"/>
              <w:bottom w:val="single" w:sz="4" w:color="C9C4E3"/>
              <w:right w:val="single" w:sz="4" w:color="C9C4E3"/>
            </w:tcBorders>
            <w:shd w:val="clear" w:color="auto" w:fill="EFEDF9"/>
            <w:vAlign w:val="center"/>
          </w:tcPr>
          <w:p>
            <w:pPr>
              <w:spacing w:before="0" w:after="0" w:line="240" w:lineRule="auto"/>
            </w:pPr>
          </w:p>
        </w:tc>
        <w:tc>
          <w:tcPr>
            <w:tcW w:type="dxa" w:w="1361"/>
            <w:tcBorders>
              <w:top w:val="single" w:sz="4" w:color="C9C4E3"/>
              <w:left w:val="single" w:sz="4" w:color="C9C4E3"/>
              <w:bottom w:val="single" w:sz="4" w:color="C9C4E3"/>
              <w:right w:val="single" w:sz="4" w:color="C9C4E3"/>
            </w:tcBorders>
            <w:shd w:val="clear" w:color="auto" w:fill="EFEDF9"/>
            <w:vAlign w:val="center"/>
          </w:tcPr>
          <w:p>
            <w:pPr>
              <w:spacing w:before="0" w:after="0" w:line="240" w:lineRule="auto"/>
            </w:pPr>
          </w:p>
        </w:tc>
        <w:tc>
          <w:tcPr>
            <w:tcW w:type="dxa" w:w="1417"/>
            <w:tcBorders>
              <w:top w:val="single" w:sz="4" w:color="C9C4E3"/>
              <w:left w:val="single" w:sz="4" w:color="C9C4E3"/>
              <w:bottom w:val="single" w:sz="4" w:color="C9C4E3"/>
              <w:right w:val="single" w:sz="4" w:color="C9C4E3"/>
            </w:tcBorders>
            <w:shd w:val="clear" w:color="auto" w:fill="EFEDF9"/>
            <w:vAlign w:val="center"/>
          </w:tcPr>
          <w:p>
            <w:pPr>
              <w:spacing w:before="0" w:after="0" w:line="240" w:lineRule="auto"/>
            </w:pPr>
          </w:p>
        </w:tc>
        <w:tc>
          <w:tcPr>
            <w:tcW w:type="dxa" w:w="3572"/>
            <w:tcBorders>
              <w:top w:val="single" w:sz="4" w:color="C9C4E3"/>
              <w:left w:val="single" w:sz="4" w:color="C9C4E3"/>
              <w:bottom w:val="single" w:sz="4" w:color="C9C4E3"/>
              <w:right w:val="single" w:sz="4" w:color="C9C4E3"/>
            </w:tcBorders>
            <w:shd w:val="clear" w:color="auto" w:fill="EFEDF9"/>
            <w:vAlign w:val="center"/>
          </w:tcPr>
          <w:p>
            <w:pPr>
              <w:spacing w:before="0" w:after="0" w:line="240" w:lineRule="auto"/>
            </w:pPr>
          </w:p>
        </w:tc>
        <w:tc>
          <w:tcPr>
            <w:tcW w:type="dxa" w:w="1814"/>
            <w:tcBorders>
              <w:top w:val="single" w:sz="4" w:color="C9C4E3"/>
              <w:left w:val="single" w:sz="4" w:color="C9C4E3"/>
              <w:bottom w:val="single" w:sz="4" w:color="C9C4E3"/>
              <w:right w:val="single" w:sz="4" w:color="C9C4E3"/>
            </w:tcBorders>
            <w:shd w:val="clear" w:color="auto" w:fill="EFEDF9"/>
            <w:vAlign w:val="center"/>
          </w:tcPr>
          <w:p>
            <w:pPr>
              <w:spacing w:before="0" w:after="0" w:line="240" w:lineRule="auto"/>
            </w:pPr>
          </w:p>
        </w:tc>
      </w:tr>
      <w:tr>
        <w:trPr>
          <w:trHeight w:val="488" w:hRule="atLeast"/>
        </w:trPr>
        <w:tc>
          <w:tcPr>
            <w:tcW w:type="dxa" w:w="1020"/>
            <w:tcBorders>
              <w:top w:val="single" w:sz="4" w:color="C9C4E3"/>
              <w:left w:val="single" w:sz="4" w:color="C9C4E3"/>
              <w:bottom w:val="single" w:sz="4" w:color="C9C4E3"/>
              <w:right w:val="single" w:sz="4" w:color="C9C4E3"/>
            </w:tcBorders>
            <w:vAlign w:val="center"/>
          </w:tcPr>
          <w:p>
            <w:pPr>
              <w:spacing w:before="0" w:after="0" w:line="240" w:lineRule="auto"/>
            </w:pPr>
          </w:p>
        </w:tc>
        <w:tc>
          <w:tcPr>
            <w:tcW w:type="dxa" w:w="907"/>
            <w:tcBorders>
              <w:top w:val="single" w:sz="4" w:color="C9C4E3"/>
              <w:left w:val="single" w:sz="4" w:color="C9C4E3"/>
              <w:bottom w:val="single" w:sz="4" w:color="C9C4E3"/>
              <w:right w:val="single" w:sz="4" w:color="C9C4E3"/>
            </w:tcBorders>
            <w:vAlign w:val="center"/>
          </w:tcPr>
          <w:p>
            <w:pPr>
              <w:spacing w:before="0" w:after="0" w:line="240" w:lineRule="auto"/>
            </w:pPr>
          </w:p>
        </w:tc>
        <w:tc>
          <w:tcPr>
            <w:tcW w:type="dxa" w:w="1361"/>
            <w:tcBorders>
              <w:top w:val="single" w:sz="4" w:color="C9C4E3"/>
              <w:left w:val="single" w:sz="4" w:color="C9C4E3"/>
              <w:bottom w:val="single" w:sz="4" w:color="C9C4E3"/>
              <w:right w:val="single" w:sz="4" w:color="C9C4E3"/>
            </w:tcBorders>
            <w:vAlign w:val="center"/>
          </w:tcPr>
          <w:p>
            <w:pPr>
              <w:spacing w:before="0" w:after="0" w:line="240" w:lineRule="auto"/>
            </w:pPr>
          </w:p>
        </w:tc>
        <w:tc>
          <w:tcPr>
            <w:tcW w:type="dxa" w:w="1247"/>
            <w:tcBorders>
              <w:top w:val="single" w:sz="4" w:color="C9C4E3"/>
              <w:left w:val="single" w:sz="4" w:color="C9C4E3"/>
              <w:bottom w:val="single" w:sz="4" w:color="C9C4E3"/>
              <w:right w:val="single" w:sz="4" w:color="C9C4E3"/>
            </w:tcBorders>
            <w:vAlign w:val="center"/>
          </w:tcPr>
          <w:p>
            <w:pPr>
              <w:spacing w:before="0" w:after="0" w:line="240" w:lineRule="auto"/>
            </w:pPr>
          </w:p>
        </w:tc>
        <w:tc>
          <w:tcPr>
            <w:tcW w:type="dxa" w:w="1417"/>
            <w:tcBorders>
              <w:top w:val="single" w:sz="4" w:color="C9C4E3"/>
              <w:left w:val="single" w:sz="4" w:color="C9C4E3"/>
              <w:bottom w:val="single" w:sz="4" w:color="C9C4E3"/>
              <w:right w:val="single" w:sz="4" w:color="C9C4E3"/>
            </w:tcBorders>
            <w:vAlign w:val="center"/>
          </w:tcPr>
          <w:p>
            <w:pPr>
              <w:spacing w:before="0" w:after="0" w:line="240" w:lineRule="auto"/>
            </w:pPr>
          </w:p>
        </w:tc>
        <w:tc>
          <w:tcPr>
            <w:tcW w:type="dxa" w:w="1361"/>
            <w:tcBorders>
              <w:top w:val="single" w:sz="4" w:color="C9C4E3"/>
              <w:left w:val="single" w:sz="4" w:color="C9C4E3"/>
              <w:bottom w:val="single" w:sz="4" w:color="C9C4E3"/>
              <w:right w:val="single" w:sz="4" w:color="C9C4E3"/>
            </w:tcBorders>
            <w:vAlign w:val="center"/>
          </w:tcPr>
          <w:p>
            <w:pPr>
              <w:spacing w:before="0" w:after="0" w:line="240" w:lineRule="auto"/>
            </w:pPr>
          </w:p>
        </w:tc>
        <w:tc>
          <w:tcPr>
            <w:tcW w:type="dxa" w:w="1361"/>
            <w:tcBorders>
              <w:top w:val="single" w:sz="4" w:color="C9C4E3"/>
              <w:left w:val="single" w:sz="4" w:color="C9C4E3"/>
              <w:bottom w:val="single" w:sz="4" w:color="C9C4E3"/>
              <w:right w:val="single" w:sz="4" w:color="C9C4E3"/>
            </w:tcBorders>
            <w:vAlign w:val="center"/>
          </w:tcPr>
          <w:p>
            <w:pPr>
              <w:spacing w:before="0" w:after="0" w:line="240" w:lineRule="auto"/>
            </w:pPr>
          </w:p>
        </w:tc>
        <w:tc>
          <w:tcPr>
            <w:tcW w:type="dxa" w:w="1417"/>
            <w:tcBorders>
              <w:top w:val="single" w:sz="4" w:color="C9C4E3"/>
              <w:left w:val="single" w:sz="4" w:color="C9C4E3"/>
              <w:bottom w:val="single" w:sz="4" w:color="C9C4E3"/>
              <w:right w:val="single" w:sz="4" w:color="C9C4E3"/>
            </w:tcBorders>
            <w:vAlign w:val="center"/>
          </w:tcPr>
          <w:p>
            <w:pPr>
              <w:spacing w:before="0" w:after="0" w:line="240" w:lineRule="auto"/>
            </w:pPr>
          </w:p>
        </w:tc>
        <w:tc>
          <w:tcPr>
            <w:tcW w:type="dxa" w:w="3572"/>
            <w:tcBorders>
              <w:top w:val="single" w:sz="4" w:color="C9C4E3"/>
              <w:left w:val="single" w:sz="4" w:color="C9C4E3"/>
              <w:bottom w:val="single" w:sz="4" w:color="C9C4E3"/>
              <w:right w:val="single" w:sz="4" w:color="C9C4E3"/>
            </w:tcBorders>
            <w:vAlign w:val="center"/>
          </w:tcPr>
          <w:p>
            <w:pPr>
              <w:spacing w:before="0" w:after="0" w:line="240" w:lineRule="auto"/>
            </w:pPr>
          </w:p>
        </w:tc>
        <w:tc>
          <w:tcPr>
            <w:tcW w:type="dxa" w:w="1814"/>
            <w:tcBorders>
              <w:top w:val="single" w:sz="4" w:color="C9C4E3"/>
              <w:left w:val="single" w:sz="4" w:color="C9C4E3"/>
              <w:bottom w:val="single" w:sz="4" w:color="C9C4E3"/>
              <w:right w:val="single" w:sz="4" w:color="C9C4E3"/>
            </w:tcBorders>
            <w:vAlign w:val="center"/>
          </w:tcPr>
          <w:p>
            <w:pPr>
              <w:spacing w:before="0" w:after="0" w:line="240" w:lineRule="auto"/>
            </w:pPr>
          </w:p>
        </w:tc>
      </w:tr>
      <w:tr>
        <w:trPr>
          <w:trHeight w:val="488" w:hRule="atLeast"/>
        </w:trPr>
        <w:tc>
          <w:tcPr>
            <w:tcW w:type="dxa" w:w="1020"/>
            <w:tcBorders>
              <w:top w:val="single" w:sz="4" w:color="C9C4E3"/>
              <w:left w:val="single" w:sz="4" w:color="C9C4E3"/>
              <w:bottom w:val="single" w:sz="4" w:color="C9C4E3"/>
              <w:right w:val="single" w:sz="4" w:color="C9C4E3"/>
            </w:tcBorders>
            <w:shd w:val="clear" w:color="auto" w:fill="EFEDF9"/>
            <w:vAlign w:val="center"/>
          </w:tcPr>
          <w:p>
            <w:pPr>
              <w:spacing w:before="0" w:after="0" w:line="240" w:lineRule="auto"/>
            </w:pPr>
          </w:p>
        </w:tc>
        <w:tc>
          <w:tcPr>
            <w:tcW w:type="dxa" w:w="907"/>
            <w:tcBorders>
              <w:top w:val="single" w:sz="4" w:color="C9C4E3"/>
              <w:left w:val="single" w:sz="4" w:color="C9C4E3"/>
              <w:bottom w:val="single" w:sz="4" w:color="C9C4E3"/>
              <w:right w:val="single" w:sz="4" w:color="C9C4E3"/>
            </w:tcBorders>
            <w:shd w:val="clear" w:color="auto" w:fill="EFEDF9"/>
            <w:vAlign w:val="center"/>
          </w:tcPr>
          <w:p>
            <w:pPr>
              <w:spacing w:before="0" w:after="0" w:line="240" w:lineRule="auto"/>
            </w:pPr>
          </w:p>
        </w:tc>
        <w:tc>
          <w:tcPr>
            <w:tcW w:type="dxa" w:w="1361"/>
            <w:tcBorders>
              <w:top w:val="single" w:sz="4" w:color="C9C4E3"/>
              <w:left w:val="single" w:sz="4" w:color="C9C4E3"/>
              <w:bottom w:val="single" w:sz="4" w:color="C9C4E3"/>
              <w:right w:val="single" w:sz="4" w:color="C9C4E3"/>
            </w:tcBorders>
            <w:shd w:val="clear" w:color="auto" w:fill="EFEDF9"/>
            <w:vAlign w:val="center"/>
          </w:tcPr>
          <w:p>
            <w:pPr>
              <w:spacing w:before="0" w:after="0" w:line="240" w:lineRule="auto"/>
            </w:pPr>
          </w:p>
        </w:tc>
        <w:tc>
          <w:tcPr>
            <w:tcW w:type="dxa" w:w="1247"/>
            <w:tcBorders>
              <w:top w:val="single" w:sz="4" w:color="C9C4E3"/>
              <w:left w:val="single" w:sz="4" w:color="C9C4E3"/>
              <w:bottom w:val="single" w:sz="4" w:color="C9C4E3"/>
              <w:right w:val="single" w:sz="4" w:color="C9C4E3"/>
            </w:tcBorders>
            <w:shd w:val="clear" w:color="auto" w:fill="EFEDF9"/>
            <w:vAlign w:val="center"/>
          </w:tcPr>
          <w:p>
            <w:pPr>
              <w:spacing w:before="0" w:after="0" w:line="240" w:lineRule="auto"/>
            </w:pPr>
          </w:p>
        </w:tc>
        <w:tc>
          <w:tcPr>
            <w:tcW w:type="dxa" w:w="1417"/>
            <w:tcBorders>
              <w:top w:val="single" w:sz="4" w:color="C9C4E3"/>
              <w:left w:val="single" w:sz="4" w:color="C9C4E3"/>
              <w:bottom w:val="single" w:sz="4" w:color="C9C4E3"/>
              <w:right w:val="single" w:sz="4" w:color="C9C4E3"/>
            </w:tcBorders>
            <w:shd w:val="clear" w:color="auto" w:fill="EFEDF9"/>
            <w:vAlign w:val="center"/>
          </w:tcPr>
          <w:p>
            <w:pPr>
              <w:spacing w:before="0" w:after="0" w:line="240" w:lineRule="auto"/>
            </w:pPr>
          </w:p>
        </w:tc>
        <w:tc>
          <w:tcPr>
            <w:tcW w:type="dxa" w:w="1361"/>
            <w:tcBorders>
              <w:top w:val="single" w:sz="4" w:color="C9C4E3"/>
              <w:left w:val="single" w:sz="4" w:color="C9C4E3"/>
              <w:bottom w:val="single" w:sz="4" w:color="C9C4E3"/>
              <w:right w:val="single" w:sz="4" w:color="C9C4E3"/>
            </w:tcBorders>
            <w:shd w:val="clear" w:color="auto" w:fill="EFEDF9"/>
            <w:vAlign w:val="center"/>
          </w:tcPr>
          <w:p>
            <w:pPr>
              <w:spacing w:before="0" w:after="0" w:line="240" w:lineRule="auto"/>
            </w:pPr>
          </w:p>
        </w:tc>
        <w:tc>
          <w:tcPr>
            <w:tcW w:type="dxa" w:w="1361"/>
            <w:tcBorders>
              <w:top w:val="single" w:sz="4" w:color="C9C4E3"/>
              <w:left w:val="single" w:sz="4" w:color="C9C4E3"/>
              <w:bottom w:val="single" w:sz="4" w:color="C9C4E3"/>
              <w:right w:val="single" w:sz="4" w:color="C9C4E3"/>
            </w:tcBorders>
            <w:shd w:val="clear" w:color="auto" w:fill="EFEDF9"/>
            <w:vAlign w:val="center"/>
          </w:tcPr>
          <w:p>
            <w:pPr>
              <w:spacing w:before="0" w:after="0" w:line="240" w:lineRule="auto"/>
            </w:pPr>
          </w:p>
        </w:tc>
        <w:tc>
          <w:tcPr>
            <w:tcW w:type="dxa" w:w="1417"/>
            <w:tcBorders>
              <w:top w:val="single" w:sz="4" w:color="C9C4E3"/>
              <w:left w:val="single" w:sz="4" w:color="C9C4E3"/>
              <w:bottom w:val="single" w:sz="4" w:color="C9C4E3"/>
              <w:right w:val="single" w:sz="4" w:color="C9C4E3"/>
            </w:tcBorders>
            <w:shd w:val="clear" w:color="auto" w:fill="EFEDF9"/>
            <w:vAlign w:val="center"/>
          </w:tcPr>
          <w:p>
            <w:pPr>
              <w:spacing w:before="0" w:after="0" w:line="240" w:lineRule="auto"/>
            </w:pPr>
          </w:p>
        </w:tc>
        <w:tc>
          <w:tcPr>
            <w:tcW w:type="dxa" w:w="3572"/>
            <w:tcBorders>
              <w:top w:val="single" w:sz="4" w:color="C9C4E3"/>
              <w:left w:val="single" w:sz="4" w:color="C9C4E3"/>
              <w:bottom w:val="single" w:sz="4" w:color="C9C4E3"/>
              <w:right w:val="single" w:sz="4" w:color="C9C4E3"/>
            </w:tcBorders>
            <w:shd w:val="clear" w:color="auto" w:fill="EFEDF9"/>
            <w:vAlign w:val="center"/>
          </w:tcPr>
          <w:p>
            <w:pPr>
              <w:spacing w:before="0" w:after="0" w:line="240" w:lineRule="auto"/>
            </w:pPr>
          </w:p>
        </w:tc>
        <w:tc>
          <w:tcPr>
            <w:tcW w:type="dxa" w:w="1814"/>
            <w:tcBorders>
              <w:top w:val="single" w:sz="4" w:color="C9C4E3"/>
              <w:left w:val="single" w:sz="4" w:color="C9C4E3"/>
              <w:bottom w:val="single" w:sz="4" w:color="C9C4E3"/>
              <w:right w:val="single" w:sz="4" w:color="C9C4E3"/>
            </w:tcBorders>
            <w:shd w:val="clear" w:color="auto" w:fill="EFEDF9"/>
            <w:vAlign w:val="center"/>
          </w:tcPr>
          <w:p>
            <w:pPr>
              <w:spacing w:before="0" w:after="0" w:line="240" w:lineRule="auto"/>
            </w:pPr>
          </w:p>
        </w:tc>
      </w:tr>
      <w:tr>
        <w:trPr>
          <w:trHeight w:val="488" w:hRule="atLeast"/>
        </w:trPr>
        <w:tc>
          <w:tcPr>
            <w:tcW w:type="dxa" w:w="1020"/>
            <w:tcBorders>
              <w:top w:val="single" w:sz="4" w:color="C9C4E3"/>
              <w:left w:val="single" w:sz="4" w:color="C9C4E3"/>
              <w:bottom w:val="single" w:sz="4" w:color="C9C4E3"/>
              <w:right w:val="single" w:sz="4" w:color="C9C4E3"/>
            </w:tcBorders>
            <w:vAlign w:val="center"/>
          </w:tcPr>
          <w:p>
            <w:pPr>
              <w:spacing w:before="0" w:after="0" w:line="240" w:lineRule="auto"/>
            </w:pPr>
          </w:p>
        </w:tc>
        <w:tc>
          <w:tcPr>
            <w:tcW w:type="dxa" w:w="907"/>
            <w:tcBorders>
              <w:top w:val="single" w:sz="4" w:color="C9C4E3"/>
              <w:left w:val="single" w:sz="4" w:color="C9C4E3"/>
              <w:bottom w:val="single" w:sz="4" w:color="C9C4E3"/>
              <w:right w:val="single" w:sz="4" w:color="C9C4E3"/>
            </w:tcBorders>
            <w:vAlign w:val="center"/>
          </w:tcPr>
          <w:p>
            <w:pPr>
              <w:spacing w:before="0" w:after="0" w:line="240" w:lineRule="auto"/>
            </w:pPr>
          </w:p>
        </w:tc>
        <w:tc>
          <w:tcPr>
            <w:tcW w:type="dxa" w:w="1361"/>
            <w:tcBorders>
              <w:top w:val="single" w:sz="4" w:color="C9C4E3"/>
              <w:left w:val="single" w:sz="4" w:color="C9C4E3"/>
              <w:bottom w:val="single" w:sz="4" w:color="C9C4E3"/>
              <w:right w:val="single" w:sz="4" w:color="C9C4E3"/>
            </w:tcBorders>
            <w:vAlign w:val="center"/>
          </w:tcPr>
          <w:p>
            <w:pPr>
              <w:spacing w:before="0" w:after="0" w:line="240" w:lineRule="auto"/>
            </w:pPr>
          </w:p>
        </w:tc>
        <w:tc>
          <w:tcPr>
            <w:tcW w:type="dxa" w:w="1247"/>
            <w:tcBorders>
              <w:top w:val="single" w:sz="4" w:color="C9C4E3"/>
              <w:left w:val="single" w:sz="4" w:color="C9C4E3"/>
              <w:bottom w:val="single" w:sz="4" w:color="C9C4E3"/>
              <w:right w:val="single" w:sz="4" w:color="C9C4E3"/>
            </w:tcBorders>
            <w:vAlign w:val="center"/>
          </w:tcPr>
          <w:p>
            <w:pPr>
              <w:spacing w:before="0" w:after="0" w:line="240" w:lineRule="auto"/>
            </w:pPr>
          </w:p>
        </w:tc>
        <w:tc>
          <w:tcPr>
            <w:tcW w:type="dxa" w:w="1417"/>
            <w:tcBorders>
              <w:top w:val="single" w:sz="4" w:color="C9C4E3"/>
              <w:left w:val="single" w:sz="4" w:color="C9C4E3"/>
              <w:bottom w:val="single" w:sz="4" w:color="C9C4E3"/>
              <w:right w:val="single" w:sz="4" w:color="C9C4E3"/>
            </w:tcBorders>
            <w:vAlign w:val="center"/>
          </w:tcPr>
          <w:p>
            <w:pPr>
              <w:spacing w:before="0" w:after="0" w:line="240" w:lineRule="auto"/>
            </w:pPr>
          </w:p>
        </w:tc>
        <w:tc>
          <w:tcPr>
            <w:tcW w:type="dxa" w:w="1361"/>
            <w:tcBorders>
              <w:top w:val="single" w:sz="4" w:color="C9C4E3"/>
              <w:left w:val="single" w:sz="4" w:color="C9C4E3"/>
              <w:bottom w:val="single" w:sz="4" w:color="C9C4E3"/>
              <w:right w:val="single" w:sz="4" w:color="C9C4E3"/>
            </w:tcBorders>
            <w:vAlign w:val="center"/>
          </w:tcPr>
          <w:p>
            <w:pPr>
              <w:spacing w:before="0" w:after="0" w:line="240" w:lineRule="auto"/>
            </w:pPr>
          </w:p>
        </w:tc>
        <w:tc>
          <w:tcPr>
            <w:tcW w:type="dxa" w:w="1361"/>
            <w:tcBorders>
              <w:top w:val="single" w:sz="4" w:color="C9C4E3"/>
              <w:left w:val="single" w:sz="4" w:color="C9C4E3"/>
              <w:bottom w:val="single" w:sz="4" w:color="C9C4E3"/>
              <w:right w:val="single" w:sz="4" w:color="C9C4E3"/>
            </w:tcBorders>
            <w:vAlign w:val="center"/>
          </w:tcPr>
          <w:p>
            <w:pPr>
              <w:spacing w:before="0" w:after="0" w:line="240" w:lineRule="auto"/>
            </w:pPr>
          </w:p>
        </w:tc>
        <w:tc>
          <w:tcPr>
            <w:tcW w:type="dxa" w:w="1417"/>
            <w:tcBorders>
              <w:top w:val="single" w:sz="4" w:color="C9C4E3"/>
              <w:left w:val="single" w:sz="4" w:color="C9C4E3"/>
              <w:bottom w:val="single" w:sz="4" w:color="C9C4E3"/>
              <w:right w:val="single" w:sz="4" w:color="C9C4E3"/>
            </w:tcBorders>
            <w:vAlign w:val="center"/>
          </w:tcPr>
          <w:p>
            <w:pPr>
              <w:spacing w:before="0" w:after="0" w:line="240" w:lineRule="auto"/>
            </w:pPr>
          </w:p>
        </w:tc>
        <w:tc>
          <w:tcPr>
            <w:tcW w:type="dxa" w:w="3572"/>
            <w:tcBorders>
              <w:top w:val="single" w:sz="4" w:color="C9C4E3"/>
              <w:left w:val="single" w:sz="4" w:color="C9C4E3"/>
              <w:bottom w:val="single" w:sz="4" w:color="C9C4E3"/>
              <w:right w:val="single" w:sz="4" w:color="C9C4E3"/>
            </w:tcBorders>
            <w:vAlign w:val="center"/>
          </w:tcPr>
          <w:p>
            <w:pPr>
              <w:spacing w:before="0" w:after="0" w:line="240" w:lineRule="auto"/>
            </w:pPr>
          </w:p>
        </w:tc>
        <w:tc>
          <w:tcPr>
            <w:tcW w:type="dxa" w:w="1814"/>
            <w:tcBorders>
              <w:top w:val="single" w:sz="4" w:color="C9C4E3"/>
              <w:left w:val="single" w:sz="4" w:color="C9C4E3"/>
              <w:bottom w:val="single" w:sz="4" w:color="C9C4E3"/>
              <w:right w:val="single" w:sz="4" w:color="C9C4E3"/>
            </w:tcBorders>
            <w:vAlign w:val="center"/>
          </w:tcPr>
          <w:p>
            <w:pPr>
              <w:spacing w:before="0" w:after="0" w:line="240" w:lineRule="auto"/>
            </w:pPr>
          </w:p>
        </w:tc>
      </w:tr>
      <w:tr>
        <w:trPr>
          <w:trHeight w:val="488" w:hRule="atLeast"/>
        </w:trPr>
        <w:tc>
          <w:tcPr>
            <w:tcW w:type="dxa" w:w="1020"/>
            <w:tcBorders>
              <w:top w:val="single" w:sz="4" w:color="C9C4E3"/>
              <w:left w:val="single" w:sz="4" w:color="C9C4E3"/>
              <w:bottom w:val="single" w:sz="4" w:color="C9C4E3"/>
              <w:right w:val="single" w:sz="4" w:color="C9C4E3"/>
            </w:tcBorders>
            <w:shd w:val="clear" w:color="auto" w:fill="EFEDF9"/>
            <w:vAlign w:val="center"/>
          </w:tcPr>
          <w:p>
            <w:pPr>
              <w:spacing w:before="0" w:after="0" w:line="240" w:lineRule="auto"/>
            </w:pPr>
          </w:p>
        </w:tc>
        <w:tc>
          <w:tcPr>
            <w:tcW w:type="dxa" w:w="907"/>
            <w:tcBorders>
              <w:top w:val="single" w:sz="4" w:color="C9C4E3"/>
              <w:left w:val="single" w:sz="4" w:color="C9C4E3"/>
              <w:bottom w:val="single" w:sz="4" w:color="C9C4E3"/>
              <w:right w:val="single" w:sz="4" w:color="C9C4E3"/>
            </w:tcBorders>
            <w:shd w:val="clear" w:color="auto" w:fill="EFEDF9"/>
            <w:vAlign w:val="center"/>
          </w:tcPr>
          <w:p>
            <w:pPr>
              <w:spacing w:before="0" w:after="0" w:line="240" w:lineRule="auto"/>
            </w:pPr>
          </w:p>
        </w:tc>
        <w:tc>
          <w:tcPr>
            <w:tcW w:type="dxa" w:w="1361"/>
            <w:tcBorders>
              <w:top w:val="single" w:sz="4" w:color="C9C4E3"/>
              <w:left w:val="single" w:sz="4" w:color="C9C4E3"/>
              <w:bottom w:val="single" w:sz="4" w:color="C9C4E3"/>
              <w:right w:val="single" w:sz="4" w:color="C9C4E3"/>
            </w:tcBorders>
            <w:shd w:val="clear" w:color="auto" w:fill="EFEDF9"/>
            <w:vAlign w:val="center"/>
          </w:tcPr>
          <w:p>
            <w:pPr>
              <w:spacing w:before="0" w:after="0" w:line="240" w:lineRule="auto"/>
            </w:pPr>
          </w:p>
        </w:tc>
        <w:tc>
          <w:tcPr>
            <w:tcW w:type="dxa" w:w="1247"/>
            <w:tcBorders>
              <w:top w:val="single" w:sz="4" w:color="C9C4E3"/>
              <w:left w:val="single" w:sz="4" w:color="C9C4E3"/>
              <w:bottom w:val="single" w:sz="4" w:color="C9C4E3"/>
              <w:right w:val="single" w:sz="4" w:color="C9C4E3"/>
            </w:tcBorders>
            <w:shd w:val="clear" w:color="auto" w:fill="EFEDF9"/>
            <w:vAlign w:val="center"/>
          </w:tcPr>
          <w:p>
            <w:pPr>
              <w:spacing w:before="0" w:after="0" w:line="240" w:lineRule="auto"/>
            </w:pPr>
          </w:p>
        </w:tc>
        <w:tc>
          <w:tcPr>
            <w:tcW w:type="dxa" w:w="1417"/>
            <w:tcBorders>
              <w:top w:val="single" w:sz="4" w:color="C9C4E3"/>
              <w:left w:val="single" w:sz="4" w:color="C9C4E3"/>
              <w:bottom w:val="single" w:sz="4" w:color="C9C4E3"/>
              <w:right w:val="single" w:sz="4" w:color="C9C4E3"/>
            </w:tcBorders>
            <w:shd w:val="clear" w:color="auto" w:fill="EFEDF9"/>
            <w:vAlign w:val="center"/>
          </w:tcPr>
          <w:p>
            <w:pPr>
              <w:spacing w:before="0" w:after="0" w:line="240" w:lineRule="auto"/>
            </w:pPr>
          </w:p>
        </w:tc>
        <w:tc>
          <w:tcPr>
            <w:tcW w:type="dxa" w:w="1361"/>
            <w:tcBorders>
              <w:top w:val="single" w:sz="4" w:color="C9C4E3"/>
              <w:left w:val="single" w:sz="4" w:color="C9C4E3"/>
              <w:bottom w:val="single" w:sz="4" w:color="C9C4E3"/>
              <w:right w:val="single" w:sz="4" w:color="C9C4E3"/>
            </w:tcBorders>
            <w:shd w:val="clear" w:color="auto" w:fill="EFEDF9"/>
            <w:vAlign w:val="center"/>
          </w:tcPr>
          <w:p>
            <w:pPr>
              <w:spacing w:before="0" w:after="0" w:line="240" w:lineRule="auto"/>
            </w:pPr>
          </w:p>
        </w:tc>
        <w:tc>
          <w:tcPr>
            <w:tcW w:type="dxa" w:w="1361"/>
            <w:tcBorders>
              <w:top w:val="single" w:sz="4" w:color="C9C4E3"/>
              <w:left w:val="single" w:sz="4" w:color="C9C4E3"/>
              <w:bottom w:val="single" w:sz="4" w:color="C9C4E3"/>
              <w:right w:val="single" w:sz="4" w:color="C9C4E3"/>
            </w:tcBorders>
            <w:shd w:val="clear" w:color="auto" w:fill="EFEDF9"/>
            <w:vAlign w:val="center"/>
          </w:tcPr>
          <w:p>
            <w:pPr>
              <w:spacing w:before="0" w:after="0" w:line="240" w:lineRule="auto"/>
            </w:pPr>
          </w:p>
        </w:tc>
        <w:tc>
          <w:tcPr>
            <w:tcW w:type="dxa" w:w="1417"/>
            <w:tcBorders>
              <w:top w:val="single" w:sz="4" w:color="C9C4E3"/>
              <w:left w:val="single" w:sz="4" w:color="C9C4E3"/>
              <w:bottom w:val="single" w:sz="4" w:color="C9C4E3"/>
              <w:right w:val="single" w:sz="4" w:color="C9C4E3"/>
            </w:tcBorders>
            <w:shd w:val="clear" w:color="auto" w:fill="EFEDF9"/>
            <w:vAlign w:val="center"/>
          </w:tcPr>
          <w:p>
            <w:pPr>
              <w:spacing w:before="0" w:after="0" w:line="240" w:lineRule="auto"/>
            </w:pPr>
          </w:p>
        </w:tc>
        <w:tc>
          <w:tcPr>
            <w:tcW w:type="dxa" w:w="3572"/>
            <w:tcBorders>
              <w:top w:val="single" w:sz="4" w:color="C9C4E3"/>
              <w:left w:val="single" w:sz="4" w:color="C9C4E3"/>
              <w:bottom w:val="single" w:sz="4" w:color="C9C4E3"/>
              <w:right w:val="single" w:sz="4" w:color="C9C4E3"/>
            </w:tcBorders>
            <w:shd w:val="clear" w:color="auto" w:fill="EFEDF9"/>
            <w:vAlign w:val="center"/>
          </w:tcPr>
          <w:p>
            <w:pPr>
              <w:spacing w:before="0" w:after="0" w:line="240" w:lineRule="auto"/>
            </w:pPr>
          </w:p>
        </w:tc>
        <w:tc>
          <w:tcPr>
            <w:tcW w:type="dxa" w:w="1814"/>
            <w:tcBorders>
              <w:top w:val="single" w:sz="4" w:color="C9C4E3"/>
              <w:left w:val="single" w:sz="4" w:color="C9C4E3"/>
              <w:bottom w:val="single" w:sz="4" w:color="C9C4E3"/>
              <w:right w:val="single" w:sz="4" w:color="C9C4E3"/>
            </w:tcBorders>
            <w:shd w:val="clear" w:color="auto" w:fill="EFEDF9"/>
            <w:vAlign w:val="center"/>
          </w:tcPr>
          <w:p>
            <w:pPr>
              <w:spacing w:before="0" w:after="0" w:line="240" w:lineRule="auto"/>
            </w:pPr>
          </w:p>
        </w:tc>
      </w:tr>
      <w:tr>
        <w:trPr>
          <w:trHeight w:val="488" w:hRule="atLeast"/>
        </w:trPr>
        <w:tc>
          <w:tcPr>
            <w:tcW w:type="dxa" w:w="1020"/>
            <w:tcBorders>
              <w:top w:val="single" w:sz="4" w:color="C9C4E3"/>
              <w:left w:val="single" w:sz="4" w:color="C9C4E3"/>
              <w:bottom w:val="single" w:sz="4" w:color="C9C4E3"/>
              <w:right w:val="single" w:sz="4" w:color="C9C4E3"/>
            </w:tcBorders>
            <w:vAlign w:val="center"/>
          </w:tcPr>
          <w:p>
            <w:pPr>
              <w:spacing w:before="0" w:after="0" w:line="240" w:lineRule="auto"/>
            </w:pPr>
          </w:p>
        </w:tc>
        <w:tc>
          <w:tcPr>
            <w:tcW w:type="dxa" w:w="907"/>
            <w:tcBorders>
              <w:top w:val="single" w:sz="4" w:color="C9C4E3"/>
              <w:left w:val="single" w:sz="4" w:color="C9C4E3"/>
              <w:bottom w:val="single" w:sz="4" w:color="C9C4E3"/>
              <w:right w:val="single" w:sz="4" w:color="C9C4E3"/>
            </w:tcBorders>
            <w:vAlign w:val="center"/>
          </w:tcPr>
          <w:p>
            <w:pPr>
              <w:spacing w:before="0" w:after="0" w:line="240" w:lineRule="auto"/>
            </w:pPr>
          </w:p>
        </w:tc>
        <w:tc>
          <w:tcPr>
            <w:tcW w:type="dxa" w:w="1361"/>
            <w:tcBorders>
              <w:top w:val="single" w:sz="4" w:color="C9C4E3"/>
              <w:left w:val="single" w:sz="4" w:color="C9C4E3"/>
              <w:bottom w:val="single" w:sz="4" w:color="C9C4E3"/>
              <w:right w:val="single" w:sz="4" w:color="C9C4E3"/>
            </w:tcBorders>
            <w:vAlign w:val="center"/>
          </w:tcPr>
          <w:p>
            <w:pPr>
              <w:spacing w:before="0" w:after="0" w:line="240" w:lineRule="auto"/>
            </w:pPr>
          </w:p>
        </w:tc>
        <w:tc>
          <w:tcPr>
            <w:tcW w:type="dxa" w:w="1247"/>
            <w:tcBorders>
              <w:top w:val="single" w:sz="4" w:color="C9C4E3"/>
              <w:left w:val="single" w:sz="4" w:color="C9C4E3"/>
              <w:bottom w:val="single" w:sz="4" w:color="C9C4E3"/>
              <w:right w:val="single" w:sz="4" w:color="C9C4E3"/>
            </w:tcBorders>
            <w:vAlign w:val="center"/>
          </w:tcPr>
          <w:p>
            <w:pPr>
              <w:spacing w:before="0" w:after="0" w:line="240" w:lineRule="auto"/>
            </w:pPr>
          </w:p>
        </w:tc>
        <w:tc>
          <w:tcPr>
            <w:tcW w:type="dxa" w:w="1417"/>
            <w:tcBorders>
              <w:top w:val="single" w:sz="4" w:color="C9C4E3"/>
              <w:left w:val="single" w:sz="4" w:color="C9C4E3"/>
              <w:bottom w:val="single" w:sz="4" w:color="C9C4E3"/>
              <w:right w:val="single" w:sz="4" w:color="C9C4E3"/>
            </w:tcBorders>
            <w:vAlign w:val="center"/>
          </w:tcPr>
          <w:p>
            <w:pPr>
              <w:spacing w:before="0" w:after="0" w:line="240" w:lineRule="auto"/>
            </w:pPr>
          </w:p>
        </w:tc>
        <w:tc>
          <w:tcPr>
            <w:tcW w:type="dxa" w:w="1361"/>
            <w:tcBorders>
              <w:top w:val="single" w:sz="4" w:color="C9C4E3"/>
              <w:left w:val="single" w:sz="4" w:color="C9C4E3"/>
              <w:bottom w:val="single" w:sz="4" w:color="C9C4E3"/>
              <w:right w:val="single" w:sz="4" w:color="C9C4E3"/>
            </w:tcBorders>
            <w:vAlign w:val="center"/>
          </w:tcPr>
          <w:p>
            <w:pPr>
              <w:spacing w:before="0" w:after="0" w:line="240" w:lineRule="auto"/>
            </w:pPr>
          </w:p>
        </w:tc>
        <w:tc>
          <w:tcPr>
            <w:tcW w:type="dxa" w:w="1361"/>
            <w:tcBorders>
              <w:top w:val="single" w:sz="4" w:color="C9C4E3"/>
              <w:left w:val="single" w:sz="4" w:color="C9C4E3"/>
              <w:bottom w:val="single" w:sz="4" w:color="C9C4E3"/>
              <w:right w:val="single" w:sz="4" w:color="C9C4E3"/>
            </w:tcBorders>
            <w:vAlign w:val="center"/>
          </w:tcPr>
          <w:p>
            <w:pPr>
              <w:spacing w:before="0" w:after="0" w:line="240" w:lineRule="auto"/>
            </w:pPr>
          </w:p>
        </w:tc>
        <w:tc>
          <w:tcPr>
            <w:tcW w:type="dxa" w:w="1417"/>
            <w:tcBorders>
              <w:top w:val="single" w:sz="4" w:color="C9C4E3"/>
              <w:left w:val="single" w:sz="4" w:color="C9C4E3"/>
              <w:bottom w:val="single" w:sz="4" w:color="C9C4E3"/>
              <w:right w:val="single" w:sz="4" w:color="C9C4E3"/>
            </w:tcBorders>
            <w:vAlign w:val="center"/>
          </w:tcPr>
          <w:p>
            <w:pPr>
              <w:spacing w:before="0" w:after="0" w:line="240" w:lineRule="auto"/>
            </w:pPr>
          </w:p>
        </w:tc>
        <w:tc>
          <w:tcPr>
            <w:tcW w:type="dxa" w:w="3572"/>
            <w:tcBorders>
              <w:top w:val="single" w:sz="4" w:color="C9C4E3"/>
              <w:left w:val="single" w:sz="4" w:color="C9C4E3"/>
              <w:bottom w:val="single" w:sz="4" w:color="C9C4E3"/>
              <w:right w:val="single" w:sz="4" w:color="C9C4E3"/>
            </w:tcBorders>
            <w:vAlign w:val="center"/>
          </w:tcPr>
          <w:p>
            <w:pPr>
              <w:spacing w:before="0" w:after="0" w:line="240" w:lineRule="auto"/>
            </w:pPr>
          </w:p>
        </w:tc>
        <w:tc>
          <w:tcPr>
            <w:tcW w:type="dxa" w:w="1814"/>
            <w:tcBorders>
              <w:top w:val="single" w:sz="4" w:color="C9C4E3"/>
              <w:left w:val="single" w:sz="4" w:color="C9C4E3"/>
              <w:bottom w:val="single" w:sz="4" w:color="C9C4E3"/>
              <w:right w:val="single" w:sz="4" w:color="C9C4E3"/>
            </w:tcBorders>
            <w:vAlign w:val="center"/>
          </w:tcPr>
          <w:p>
            <w:pPr>
              <w:spacing w:before="0" w:after="0" w:line="240" w:lineRule="auto"/>
            </w:pPr>
          </w:p>
        </w:tc>
      </w:tr>
      <w:tr>
        <w:trPr>
          <w:trHeight w:val="488" w:hRule="atLeast"/>
        </w:trPr>
        <w:tc>
          <w:tcPr>
            <w:tcW w:type="dxa" w:w="1020"/>
            <w:tcBorders>
              <w:top w:val="single" w:sz="4" w:color="C9C4E3"/>
              <w:left w:val="single" w:sz="4" w:color="C9C4E3"/>
              <w:bottom w:val="single" w:sz="4" w:color="C9C4E3"/>
              <w:right w:val="single" w:sz="4" w:color="C9C4E3"/>
            </w:tcBorders>
            <w:shd w:val="clear" w:color="auto" w:fill="EFEDF9"/>
            <w:vAlign w:val="center"/>
          </w:tcPr>
          <w:p>
            <w:pPr>
              <w:spacing w:before="0" w:after="0" w:line="240" w:lineRule="auto"/>
            </w:pPr>
          </w:p>
        </w:tc>
        <w:tc>
          <w:tcPr>
            <w:tcW w:type="dxa" w:w="907"/>
            <w:tcBorders>
              <w:top w:val="single" w:sz="4" w:color="C9C4E3"/>
              <w:left w:val="single" w:sz="4" w:color="C9C4E3"/>
              <w:bottom w:val="single" w:sz="4" w:color="C9C4E3"/>
              <w:right w:val="single" w:sz="4" w:color="C9C4E3"/>
            </w:tcBorders>
            <w:shd w:val="clear" w:color="auto" w:fill="EFEDF9"/>
            <w:vAlign w:val="center"/>
          </w:tcPr>
          <w:p>
            <w:pPr>
              <w:spacing w:before="0" w:after="0" w:line="240" w:lineRule="auto"/>
            </w:pPr>
          </w:p>
        </w:tc>
        <w:tc>
          <w:tcPr>
            <w:tcW w:type="dxa" w:w="1361"/>
            <w:tcBorders>
              <w:top w:val="single" w:sz="4" w:color="C9C4E3"/>
              <w:left w:val="single" w:sz="4" w:color="C9C4E3"/>
              <w:bottom w:val="single" w:sz="4" w:color="C9C4E3"/>
              <w:right w:val="single" w:sz="4" w:color="C9C4E3"/>
            </w:tcBorders>
            <w:shd w:val="clear" w:color="auto" w:fill="EFEDF9"/>
            <w:vAlign w:val="center"/>
          </w:tcPr>
          <w:p>
            <w:pPr>
              <w:spacing w:before="0" w:after="0" w:line="240" w:lineRule="auto"/>
            </w:pPr>
          </w:p>
        </w:tc>
        <w:tc>
          <w:tcPr>
            <w:tcW w:type="dxa" w:w="1247"/>
            <w:tcBorders>
              <w:top w:val="single" w:sz="4" w:color="C9C4E3"/>
              <w:left w:val="single" w:sz="4" w:color="C9C4E3"/>
              <w:bottom w:val="single" w:sz="4" w:color="C9C4E3"/>
              <w:right w:val="single" w:sz="4" w:color="C9C4E3"/>
            </w:tcBorders>
            <w:shd w:val="clear" w:color="auto" w:fill="EFEDF9"/>
            <w:vAlign w:val="center"/>
          </w:tcPr>
          <w:p>
            <w:pPr>
              <w:spacing w:before="0" w:after="0" w:line="240" w:lineRule="auto"/>
            </w:pPr>
          </w:p>
        </w:tc>
        <w:tc>
          <w:tcPr>
            <w:tcW w:type="dxa" w:w="1417"/>
            <w:tcBorders>
              <w:top w:val="single" w:sz="4" w:color="C9C4E3"/>
              <w:left w:val="single" w:sz="4" w:color="C9C4E3"/>
              <w:bottom w:val="single" w:sz="4" w:color="C9C4E3"/>
              <w:right w:val="single" w:sz="4" w:color="C9C4E3"/>
            </w:tcBorders>
            <w:shd w:val="clear" w:color="auto" w:fill="EFEDF9"/>
            <w:vAlign w:val="center"/>
          </w:tcPr>
          <w:p>
            <w:pPr>
              <w:spacing w:before="0" w:after="0" w:line="240" w:lineRule="auto"/>
            </w:pPr>
          </w:p>
        </w:tc>
        <w:tc>
          <w:tcPr>
            <w:tcW w:type="dxa" w:w="1361"/>
            <w:tcBorders>
              <w:top w:val="single" w:sz="4" w:color="C9C4E3"/>
              <w:left w:val="single" w:sz="4" w:color="C9C4E3"/>
              <w:bottom w:val="single" w:sz="4" w:color="C9C4E3"/>
              <w:right w:val="single" w:sz="4" w:color="C9C4E3"/>
            </w:tcBorders>
            <w:shd w:val="clear" w:color="auto" w:fill="EFEDF9"/>
            <w:vAlign w:val="center"/>
          </w:tcPr>
          <w:p>
            <w:pPr>
              <w:spacing w:before="0" w:after="0" w:line="240" w:lineRule="auto"/>
            </w:pPr>
          </w:p>
        </w:tc>
        <w:tc>
          <w:tcPr>
            <w:tcW w:type="dxa" w:w="1361"/>
            <w:tcBorders>
              <w:top w:val="single" w:sz="4" w:color="C9C4E3"/>
              <w:left w:val="single" w:sz="4" w:color="C9C4E3"/>
              <w:bottom w:val="single" w:sz="4" w:color="C9C4E3"/>
              <w:right w:val="single" w:sz="4" w:color="C9C4E3"/>
            </w:tcBorders>
            <w:shd w:val="clear" w:color="auto" w:fill="EFEDF9"/>
            <w:vAlign w:val="center"/>
          </w:tcPr>
          <w:p>
            <w:pPr>
              <w:spacing w:before="0" w:after="0" w:line="240" w:lineRule="auto"/>
            </w:pPr>
          </w:p>
        </w:tc>
        <w:tc>
          <w:tcPr>
            <w:tcW w:type="dxa" w:w="1417"/>
            <w:tcBorders>
              <w:top w:val="single" w:sz="4" w:color="C9C4E3"/>
              <w:left w:val="single" w:sz="4" w:color="C9C4E3"/>
              <w:bottom w:val="single" w:sz="4" w:color="C9C4E3"/>
              <w:right w:val="single" w:sz="4" w:color="C9C4E3"/>
            </w:tcBorders>
            <w:shd w:val="clear" w:color="auto" w:fill="EFEDF9"/>
            <w:vAlign w:val="center"/>
          </w:tcPr>
          <w:p>
            <w:pPr>
              <w:spacing w:before="0" w:after="0" w:line="240" w:lineRule="auto"/>
            </w:pPr>
          </w:p>
        </w:tc>
        <w:tc>
          <w:tcPr>
            <w:tcW w:type="dxa" w:w="3572"/>
            <w:tcBorders>
              <w:top w:val="single" w:sz="4" w:color="C9C4E3"/>
              <w:left w:val="single" w:sz="4" w:color="C9C4E3"/>
              <w:bottom w:val="single" w:sz="4" w:color="C9C4E3"/>
              <w:right w:val="single" w:sz="4" w:color="C9C4E3"/>
            </w:tcBorders>
            <w:shd w:val="clear" w:color="auto" w:fill="EFEDF9"/>
            <w:vAlign w:val="center"/>
          </w:tcPr>
          <w:p>
            <w:pPr>
              <w:spacing w:before="0" w:after="0" w:line="240" w:lineRule="auto"/>
            </w:pPr>
          </w:p>
        </w:tc>
        <w:tc>
          <w:tcPr>
            <w:tcW w:type="dxa" w:w="1814"/>
            <w:tcBorders>
              <w:top w:val="single" w:sz="4" w:color="C9C4E3"/>
              <w:left w:val="single" w:sz="4" w:color="C9C4E3"/>
              <w:bottom w:val="single" w:sz="4" w:color="C9C4E3"/>
              <w:right w:val="single" w:sz="4" w:color="C9C4E3"/>
            </w:tcBorders>
            <w:shd w:val="clear" w:color="auto" w:fill="EFEDF9"/>
            <w:vAlign w:val="center"/>
          </w:tcPr>
          <w:p>
            <w:pPr>
              <w:spacing w:before="0" w:after="0" w:line="240" w:lineRule="auto"/>
            </w:pPr>
          </w:p>
        </w:tc>
      </w:tr>
      <w:tr>
        <w:trPr>
          <w:trHeight w:val="488" w:hRule="atLeast"/>
        </w:trPr>
        <w:tc>
          <w:tcPr>
            <w:tcW w:type="dxa" w:w="1020"/>
            <w:tcBorders>
              <w:top w:val="single" w:sz="4" w:color="C9C4E3"/>
              <w:left w:val="single" w:sz="4" w:color="C9C4E3"/>
              <w:bottom w:val="single" w:sz="4" w:color="C9C4E3"/>
              <w:right w:val="single" w:sz="4" w:color="C9C4E3"/>
            </w:tcBorders>
            <w:vAlign w:val="center"/>
          </w:tcPr>
          <w:p>
            <w:pPr>
              <w:spacing w:before="0" w:after="0" w:line="240" w:lineRule="auto"/>
            </w:pPr>
          </w:p>
        </w:tc>
        <w:tc>
          <w:tcPr>
            <w:tcW w:type="dxa" w:w="907"/>
            <w:tcBorders>
              <w:top w:val="single" w:sz="4" w:color="C9C4E3"/>
              <w:left w:val="single" w:sz="4" w:color="C9C4E3"/>
              <w:bottom w:val="single" w:sz="4" w:color="C9C4E3"/>
              <w:right w:val="single" w:sz="4" w:color="C9C4E3"/>
            </w:tcBorders>
            <w:vAlign w:val="center"/>
          </w:tcPr>
          <w:p>
            <w:pPr>
              <w:spacing w:before="0" w:after="0" w:line="240" w:lineRule="auto"/>
            </w:pPr>
          </w:p>
        </w:tc>
        <w:tc>
          <w:tcPr>
            <w:tcW w:type="dxa" w:w="1361"/>
            <w:tcBorders>
              <w:top w:val="single" w:sz="4" w:color="C9C4E3"/>
              <w:left w:val="single" w:sz="4" w:color="C9C4E3"/>
              <w:bottom w:val="single" w:sz="4" w:color="C9C4E3"/>
              <w:right w:val="single" w:sz="4" w:color="C9C4E3"/>
            </w:tcBorders>
            <w:vAlign w:val="center"/>
          </w:tcPr>
          <w:p>
            <w:pPr>
              <w:spacing w:before="0" w:after="0" w:line="240" w:lineRule="auto"/>
            </w:pPr>
          </w:p>
        </w:tc>
        <w:tc>
          <w:tcPr>
            <w:tcW w:type="dxa" w:w="1247"/>
            <w:tcBorders>
              <w:top w:val="single" w:sz="4" w:color="C9C4E3"/>
              <w:left w:val="single" w:sz="4" w:color="C9C4E3"/>
              <w:bottom w:val="single" w:sz="4" w:color="C9C4E3"/>
              <w:right w:val="single" w:sz="4" w:color="C9C4E3"/>
            </w:tcBorders>
            <w:vAlign w:val="center"/>
          </w:tcPr>
          <w:p>
            <w:pPr>
              <w:spacing w:before="0" w:after="0" w:line="240" w:lineRule="auto"/>
            </w:pPr>
          </w:p>
        </w:tc>
        <w:tc>
          <w:tcPr>
            <w:tcW w:type="dxa" w:w="1417"/>
            <w:tcBorders>
              <w:top w:val="single" w:sz="4" w:color="C9C4E3"/>
              <w:left w:val="single" w:sz="4" w:color="C9C4E3"/>
              <w:bottom w:val="single" w:sz="4" w:color="C9C4E3"/>
              <w:right w:val="single" w:sz="4" w:color="C9C4E3"/>
            </w:tcBorders>
            <w:vAlign w:val="center"/>
          </w:tcPr>
          <w:p>
            <w:pPr>
              <w:spacing w:before="0" w:after="0" w:line="240" w:lineRule="auto"/>
            </w:pPr>
          </w:p>
        </w:tc>
        <w:tc>
          <w:tcPr>
            <w:tcW w:type="dxa" w:w="1361"/>
            <w:tcBorders>
              <w:top w:val="single" w:sz="4" w:color="C9C4E3"/>
              <w:left w:val="single" w:sz="4" w:color="C9C4E3"/>
              <w:bottom w:val="single" w:sz="4" w:color="C9C4E3"/>
              <w:right w:val="single" w:sz="4" w:color="C9C4E3"/>
            </w:tcBorders>
            <w:vAlign w:val="center"/>
          </w:tcPr>
          <w:p>
            <w:pPr>
              <w:spacing w:before="0" w:after="0" w:line="240" w:lineRule="auto"/>
            </w:pPr>
          </w:p>
        </w:tc>
        <w:tc>
          <w:tcPr>
            <w:tcW w:type="dxa" w:w="1361"/>
            <w:tcBorders>
              <w:top w:val="single" w:sz="4" w:color="C9C4E3"/>
              <w:left w:val="single" w:sz="4" w:color="C9C4E3"/>
              <w:bottom w:val="single" w:sz="4" w:color="C9C4E3"/>
              <w:right w:val="single" w:sz="4" w:color="C9C4E3"/>
            </w:tcBorders>
            <w:vAlign w:val="center"/>
          </w:tcPr>
          <w:p>
            <w:pPr>
              <w:spacing w:before="0" w:after="0" w:line="240" w:lineRule="auto"/>
            </w:pPr>
          </w:p>
        </w:tc>
        <w:tc>
          <w:tcPr>
            <w:tcW w:type="dxa" w:w="1417"/>
            <w:tcBorders>
              <w:top w:val="single" w:sz="4" w:color="C9C4E3"/>
              <w:left w:val="single" w:sz="4" w:color="C9C4E3"/>
              <w:bottom w:val="single" w:sz="4" w:color="C9C4E3"/>
              <w:right w:val="single" w:sz="4" w:color="C9C4E3"/>
            </w:tcBorders>
            <w:vAlign w:val="center"/>
          </w:tcPr>
          <w:p>
            <w:pPr>
              <w:spacing w:before="0" w:after="0" w:line="240" w:lineRule="auto"/>
            </w:pPr>
          </w:p>
        </w:tc>
        <w:tc>
          <w:tcPr>
            <w:tcW w:type="dxa" w:w="3572"/>
            <w:tcBorders>
              <w:top w:val="single" w:sz="4" w:color="C9C4E3"/>
              <w:left w:val="single" w:sz="4" w:color="C9C4E3"/>
              <w:bottom w:val="single" w:sz="4" w:color="C9C4E3"/>
              <w:right w:val="single" w:sz="4" w:color="C9C4E3"/>
            </w:tcBorders>
            <w:vAlign w:val="center"/>
          </w:tcPr>
          <w:p>
            <w:pPr>
              <w:spacing w:before="0" w:after="0" w:line="240" w:lineRule="auto"/>
            </w:pPr>
          </w:p>
        </w:tc>
        <w:tc>
          <w:tcPr>
            <w:tcW w:type="dxa" w:w="1814"/>
            <w:tcBorders>
              <w:top w:val="single" w:sz="4" w:color="C9C4E3"/>
              <w:left w:val="single" w:sz="4" w:color="C9C4E3"/>
              <w:bottom w:val="single" w:sz="4" w:color="C9C4E3"/>
              <w:right w:val="single" w:sz="4" w:color="C9C4E3"/>
            </w:tcBorders>
            <w:vAlign w:val="center"/>
          </w:tcPr>
          <w:p>
            <w:pPr>
              <w:spacing w:before="0" w:after="0" w:line="240" w:lineRule="auto"/>
            </w:pPr>
          </w:p>
        </w:tc>
      </w:tr>
      <w:tr>
        <w:trPr>
          <w:trHeight w:val="488" w:hRule="atLeast"/>
        </w:trPr>
        <w:tc>
          <w:tcPr>
            <w:tcW w:type="dxa" w:w="1020"/>
            <w:tcBorders>
              <w:top w:val="single" w:sz="4" w:color="C9C4E3"/>
              <w:left w:val="single" w:sz="4" w:color="C9C4E3"/>
              <w:bottom w:val="single" w:sz="4" w:color="C9C4E3"/>
              <w:right w:val="single" w:sz="4" w:color="C9C4E3"/>
            </w:tcBorders>
            <w:shd w:val="clear" w:color="auto" w:fill="EFEDF9"/>
            <w:vAlign w:val="center"/>
          </w:tcPr>
          <w:p>
            <w:pPr>
              <w:spacing w:before="0" w:after="0" w:line="240" w:lineRule="auto"/>
            </w:pPr>
          </w:p>
        </w:tc>
        <w:tc>
          <w:tcPr>
            <w:tcW w:type="dxa" w:w="907"/>
            <w:tcBorders>
              <w:top w:val="single" w:sz="4" w:color="C9C4E3"/>
              <w:left w:val="single" w:sz="4" w:color="C9C4E3"/>
              <w:bottom w:val="single" w:sz="4" w:color="C9C4E3"/>
              <w:right w:val="single" w:sz="4" w:color="C9C4E3"/>
            </w:tcBorders>
            <w:shd w:val="clear" w:color="auto" w:fill="EFEDF9"/>
            <w:vAlign w:val="center"/>
          </w:tcPr>
          <w:p>
            <w:pPr>
              <w:spacing w:before="0" w:after="0" w:line="240" w:lineRule="auto"/>
            </w:pPr>
          </w:p>
        </w:tc>
        <w:tc>
          <w:tcPr>
            <w:tcW w:type="dxa" w:w="1361"/>
            <w:tcBorders>
              <w:top w:val="single" w:sz="4" w:color="C9C4E3"/>
              <w:left w:val="single" w:sz="4" w:color="C9C4E3"/>
              <w:bottom w:val="single" w:sz="4" w:color="C9C4E3"/>
              <w:right w:val="single" w:sz="4" w:color="C9C4E3"/>
            </w:tcBorders>
            <w:shd w:val="clear" w:color="auto" w:fill="EFEDF9"/>
            <w:vAlign w:val="center"/>
          </w:tcPr>
          <w:p>
            <w:pPr>
              <w:spacing w:before="0" w:after="0" w:line="240" w:lineRule="auto"/>
            </w:pPr>
          </w:p>
        </w:tc>
        <w:tc>
          <w:tcPr>
            <w:tcW w:type="dxa" w:w="1247"/>
            <w:tcBorders>
              <w:top w:val="single" w:sz="4" w:color="C9C4E3"/>
              <w:left w:val="single" w:sz="4" w:color="C9C4E3"/>
              <w:bottom w:val="single" w:sz="4" w:color="C9C4E3"/>
              <w:right w:val="single" w:sz="4" w:color="C9C4E3"/>
            </w:tcBorders>
            <w:shd w:val="clear" w:color="auto" w:fill="EFEDF9"/>
            <w:vAlign w:val="center"/>
          </w:tcPr>
          <w:p>
            <w:pPr>
              <w:spacing w:before="0" w:after="0" w:line="240" w:lineRule="auto"/>
            </w:pPr>
          </w:p>
        </w:tc>
        <w:tc>
          <w:tcPr>
            <w:tcW w:type="dxa" w:w="1417"/>
            <w:tcBorders>
              <w:top w:val="single" w:sz="4" w:color="C9C4E3"/>
              <w:left w:val="single" w:sz="4" w:color="C9C4E3"/>
              <w:bottom w:val="single" w:sz="4" w:color="C9C4E3"/>
              <w:right w:val="single" w:sz="4" w:color="C9C4E3"/>
            </w:tcBorders>
            <w:shd w:val="clear" w:color="auto" w:fill="EFEDF9"/>
            <w:vAlign w:val="center"/>
          </w:tcPr>
          <w:p>
            <w:pPr>
              <w:spacing w:before="0" w:after="0" w:line="240" w:lineRule="auto"/>
            </w:pPr>
          </w:p>
        </w:tc>
        <w:tc>
          <w:tcPr>
            <w:tcW w:type="dxa" w:w="1361"/>
            <w:tcBorders>
              <w:top w:val="single" w:sz="4" w:color="C9C4E3"/>
              <w:left w:val="single" w:sz="4" w:color="C9C4E3"/>
              <w:bottom w:val="single" w:sz="4" w:color="C9C4E3"/>
              <w:right w:val="single" w:sz="4" w:color="C9C4E3"/>
            </w:tcBorders>
            <w:shd w:val="clear" w:color="auto" w:fill="EFEDF9"/>
            <w:vAlign w:val="center"/>
          </w:tcPr>
          <w:p>
            <w:pPr>
              <w:spacing w:before="0" w:after="0" w:line="240" w:lineRule="auto"/>
            </w:pPr>
          </w:p>
        </w:tc>
        <w:tc>
          <w:tcPr>
            <w:tcW w:type="dxa" w:w="1361"/>
            <w:tcBorders>
              <w:top w:val="single" w:sz="4" w:color="C9C4E3"/>
              <w:left w:val="single" w:sz="4" w:color="C9C4E3"/>
              <w:bottom w:val="single" w:sz="4" w:color="C9C4E3"/>
              <w:right w:val="single" w:sz="4" w:color="C9C4E3"/>
            </w:tcBorders>
            <w:shd w:val="clear" w:color="auto" w:fill="EFEDF9"/>
            <w:vAlign w:val="center"/>
          </w:tcPr>
          <w:p>
            <w:pPr>
              <w:spacing w:before="0" w:after="0" w:line="240" w:lineRule="auto"/>
            </w:pPr>
          </w:p>
        </w:tc>
        <w:tc>
          <w:tcPr>
            <w:tcW w:type="dxa" w:w="1417"/>
            <w:tcBorders>
              <w:top w:val="single" w:sz="4" w:color="C9C4E3"/>
              <w:left w:val="single" w:sz="4" w:color="C9C4E3"/>
              <w:bottom w:val="single" w:sz="4" w:color="C9C4E3"/>
              <w:right w:val="single" w:sz="4" w:color="C9C4E3"/>
            </w:tcBorders>
            <w:shd w:val="clear" w:color="auto" w:fill="EFEDF9"/>
            <w:vAlign w:val="center"/>
          </w:tcPr>
          <w:p>
            <w:pPr>
              <w:spacing w:before="0" w:after="0" w:line="240" w:lineRule="auto"/>
            </w:pPr>
          </w:p>
        </w:tc>
        <w:tc>
          <w:tcPr>
            <w:tcW w:type="dxa" w:w="3572"/>
            <w:tcBorders>
              <w:top w:val="single" w:sz="4" w:color="C9C4E3"/>
              <w:left w:val="single" w:sz="4" w:color="C9C4E3"/>
              <w:bottom w:val="single" w:sz="4" w:color="C9C4E3"/>
              <w:right w:val="single" w:sz="4" w:color="C9C4E3"/>
            </w:tcBorders>
            <w:shd w:val="clear" w:color="auto" w:fill="EFEDF9"/>
            <w:vAlign w:val="center"/>
          </w:tcPr>
          <w:p>
            <w:pPr>
              <w:spacing w:before="0" w:after="0" w:line="240" w:lineRule="auto"/>
            </w:pPr>
          </w:p>
        </w:tc>
        <w:tc>
          <w:tcPr>
            <w:tcW w:type="dxa" w:w="1814"/>
            <w:tcBorders>
              <w:top w:val="single" w:sz="4" w:color="C9C4E3"/>
              <w:left w:val="single" w:sz="4" w:color="C9C4E3"/>
              <w:bottom w:val="single" w:sz="4" w:color="C9C4E3"/>
              <w:right w:val="single" w:sz="4" w:color="C9C4E3"/>
            </w:tcBorders>
            <w:shd w:val="clear" w:color="auto" w:fill="EFEDF9"/>
            <w:vAlign w:val="center"/>
          </w:tcPr>
          <w:p>
            <w:pPr>
              <w:spacing w:before="0" w:after="0" w:line="240" w:lineRule="auto"/>
            </w:pPr>
          </w:p>
        </w:tc>
      </w:tr>
      <w:tr>
        <w:trPr>
          <w:trHeight w:val="488" w:hRule="atLeast"/>
        </w:trPr>
        <w:tc>
          <w:tcPr>
            <w:tcW w:type="dxa" w:w="1020"/>
            <w:tcBorders>
              <w:top w:val="single" w:sz="4" w:color="C9C4E3"/>
              <w:left w:val="single" w:sz="4" w:color="C9C4E3"/>
              <w:bottom w:val="single" w:sz="4" w:color="C9C4E3"/>
              <w:right w:val="single" w:sz="4" w:color="C9C4E3"/>
            </w:tcBorders>
            <w:vAlign w:val="center"/>
          </w:tcPr>
          <w:p>
            <w:pPr>
              <w:spacing w:before="0" w:after="0" w:line="240" w:lineRule="auto"/>
            </w:pPr>
          </w:p>
        </w:tc>
        <w:tc>
          <w:tcPr>
            <w:tcW w:type="dxa" w:w="907"/>
            <w:tcBorders>
              <w:top w:val="single" w:sz="4" w:color="C9C4E3"/>
              <w:left w:val="single" w:sz="4" w:color="C9C4E3"/>
              <w:bottom w:val="single" w:sz="4" w:color="C9C4E3"/>
              <w:right w:val="single" w:sz="4" w:color="C9C4E3"/>
            </w:tcBorders>
            <w:vAlign w:val="center"/>
          </w:tcPr>
          <w:p>
            <w:pPr>
              <w:spacing w:before="0" w:after="0" w:line="240" w:lineRule="auto"/>
            </w:pPr>
          </w:p>
        </w:tc>
        <w:tc>
          <w:tcPr>
            <w:tcW w:type="dxa" w:w="1361"/>
            <w:tcBorders>
              <w:top w:val="single" w:sz="4" w:color="C9C4E3"/>
              <w:left w:val="single" w:sz="4" w:color="C9C4E3"/>
              <w:bottom w:val="single" w:sz="4" w:color="C9C4E3"/>
              <w:right w:val="single" w:sz="4" w:color="C9C4E3"/>
            </w:tcBorders>
            <w:vAlign w:val="center"/>
          </w:tcPr>
          <w:p>
            <w:pPr>
              <w:spacing w:before="0" w:after="0" w:line="240" w:lineRule="auto"/>
            </w:pPr>
          </w:p>
        </w:tc>
        <w:tc>
          <w:tcPr>
            <w:tcW w:type="dxa" w:w="1247"/>
            <w:tcBorders>
              <w:top w:val="single" w:sz="4" w:color="C9C4E3"/>
              <w:left w:val="single" w:sz="4" w:color="C9C4E3"/>
              <w:bottom w:val="single" w:sz="4" w:color="C9C4E3"/>
              <w:right w:val="single" w:sz="4" w:color="C9C4E3"/>
            </w:tcBorders>
            <w:vAlign w:val="center"/>
          </w:tcPr>
          <w:p>
            <w:pPr>
              <w:spacing w:before="0" w:after="0" w:line="240" w:lineRule="auto"/>
            </w:pPr>
          </w:p>
        </w:tc>
        <w:tc>
          <w:tcPr>
            <w:tcW w:type="dxa" w:w="1417"/>
            <w:tcBorders>
              <w:top w:val="single" w:sz="4" w:color="C9C4E3"/>
              <w:left w:val="single" w:sz="4" w:color="C9C4E3"/>
              <w:bottom w:val="single" w:sz="4" w:color="C9C4E3"/>
              <w:right w:val="single" w:sz="4" w:color="C9C4E3"/>
            </w:tcBorders>
            <w:vAlign w:val="center"/>
          </w:tcPr>
          <w:p>
            <w:pPr>
              <w:spacing w:before="0" w:after="0" w:line="240" w:lineRule="auto"/>
            </w:pPr>
          </w:p>
        </w:tc>
        <w:tc>
          <w:tcPr>
            <w:tcW w:type="dxa" w:w="1361"/>
            <w:tcBorders>
              <w:top w:val="single" w:sz="4" w:color="C9C4E3"/>
              <w:left w:val="single" w:sz="4" w:color="C9C4E3"/>
              <w:bottom w:val="single" w:sz="4" w:color="C9C4E3"/>
              <w:right w:val="single" w:sz="4" w:color="C9C4E3"/>
            </w:tcBorders>
            <w:vAlign w:val="center"/>
          </w:tcPr>
          <w:p>
            <w:pPr>
              <w:spacing w:before="0" w:after="0" w:line="240" w:lineRule="auto"/>
            </w:pPr>
          </w:p>
        </w:tc>
        <w:tc>
          <w:tcPr>
            <w:tcW w:type="dxa" w:w="1361"/>
            <w:tcBorders>
              <w:top w:val="single" w:sz="4" w:color="C9C4E3"/>
              <w:left w:val="single" w:sz="4" w:color="C9C4E3"/>
              <w:bottom w:val="single" w:sz="4" w:color="C9C4E3"/>
              <w:right w:val="single" w:sz="4" w:color="C9C4E3"/>
            </w:tcBorders>
            <w:vAlign w:val="center"/>
          </w:tcPr>
          <w:p>
            <w:pPr>
              <w:spacing w:before="0" w:after="0" w:line="240" w:lineRule="auto"/>
            </w:pPr>
          </w:p>
        </w:tc>
        <w:tc>
          <w:tcPr>
            <w:tcW w:type="dxa" w:w="1417"/>
            <w:tcBorders>
              <w:top w:val="single" w:sz="4" w:color="C9C4E3"/>
              <w:left w:val="single" w:sz="4" w:color="C9C4E3"/>
              <w:bottom w:val="single" w:sz="4" w:color="C9C4E3"/>
              <w:right w:val="single" w:sz="4" w:color="C9C4E3"/>
            </w:tcBorders>
            <w:vAlign w:val="center"/>
          </w:tcPr>
          <w:p>
            <w:pPr>
              <w:spacing w:before="0" w:after="0" w:line="240" w:lineRule="auto"/>
            </w:pPr>
          </w:p>
        </w:tc>
        <w:tc>
          <w:tcPr>
            <w:tcW w:type="dxa" w:w="3572"/>
            <w:tcBorders>
              <w:top w:val="single" w:sz="4" w:color="C9C4E3"/>
              <w:left w:val="single" w:sz="4" w:color="C9C4E3"/>
              <w:bottom w:val="single" w:sz="4" w:color="C9C4E3"/>
              <w:right w:val="single" w:sz="4" w:color="C9C4E3"/>
            </w:tcBorders>
            <w:vAlign w:val="center"/>
          </w:tcPr>
          <w:p>
            <w:pPr>
              <w:spacing w:before="0" w:after="0" w:line="240" w:lineRule="auto"/>
            </w:pPr>
          </w:p>
        </w:tc>
        <w:tc>
          <w:tcPr>
            <w:tcW w:type="dxa" w:w="1814"/>
            <w:tcBorders>
              <w:top w:val="single" w:sz="4" w:color="C9C4E3"/>
              <w:left w:val="single" w:sz="4" w:color="C9C4E3"/>
              <w:bottom w:val="single" w:sz="4" w:color="C9C4E3"/>
              <w:right w:val="single" w:sz="4" w:color="C9C4E3"/>
            </w:tcBorders>
            <w:vAlign w:val="center"/>
          </w:tcPr>
          <w:p>
            <w:pPr>
              <w:spacing w:before="0" w:after="0" w:line="240" w:lineRule="auto"/>
            </w:pPr>
          </w:p>
        </w:tc>
      </w:tr>
      <w:tr>
        <w:trPr>
          <w:trHeight w:val="488" w:hRule="atLeast"/>
        </w:trPr>
        <w:tc>
          <w:tcPr>
            <w:tcW w:type="dxa" w:w="1020"/>
            <w:tcBorders>
              <w:top w:val="single" w:sz="4" w:color="C9C4E3"/>
              <w:left w:val="single" w:sz="4" w:color="C9C4E3"/>
              <w:bottom w:val="single" w:sz="4" w:color="C9C4E3"/>
              <w:right w:val="single" w:sz="4" w:color="C9C4E3"/>
            </w:tcBorders>
            <w:shd w:val="clear" w:color="auto" w:fill="EFEDF9"/>
            <w:vAlign w:val="center"/>
          </w:tcPr>
          <w:p>
            <w:pPr>
              <w:spacing w:before="0" w:after="0" w:line="240" w:lineRule="auto"/>
            </w:pPr>
          </w:p>
        </w:tc>
        <w:tc>
          <w:tcPr>
            <w:tcW w:type="dxa" w:w="907"/>
            <w:tcBorders>
              <w:top w:val="single" w:sz="4" w:color="C9C4E3"/>
              <w:left w:val="single" w:sz="4" w:color="C9C4E3"/>
              <w:bottom w:val="single" w:sz="4" w:color="C9C4E3"/>
              <w:right w:val="single" w:sz="4" w:color="C9C4E3"/>
            </w:tcBorders>
            <w:shd w:val="clear" w:color="auto" w:fill="EFEDF9"/>
            <w:vAlign w:val="center"/>
          </w:tcPr>
          <w:p>
            <w:pPr>
              <w:spacing w:before="0" w:after="0" w:line="240" w:lineRule="auto"/>
            </w:pPr>
          </w:p>
        </w:tc>
        <w:tc>
          <w:tcPr>
            <w:tcW w:type="dxa" w:w="1361"/>
            <w:tcBorders>
              <w:top w:val="single" w:sz="4" w:color="C9C4E3"/>
              <w:left w:val="single" w:sz="4" w:color="C9C4E3"/>
              <w:bottom w:val="single" w:sz="4" w:color="C9C4E3"/>
              <w:right w:val="single" w:sz="4" w:color="C9C4E3"/>
            </w:tcBorders>
            <w:shd w:val="clear" w:color="auto" w:fill="EFEDF9"/>
            <w:vAlign w:val="center"/>
          </w:tcPr>
          <w:p>
            <w:pPr>
              <w:spacing w:before="0" w:after="0" w:line="240" w:lineRule="auto"/>
            </w:pPr>
          </w:p>
        </w:tc>
        <w:tc>
          <w:tcPr>
            <w:tcW w:type="dxa" w:w="1247"/>
            <w:tcBorders>
              <w:top w:val="single" w:sz="4" w:color="C9C4E3"/>
              <w:left w:val="single" w:sz="4" w:color="C9C4E3"/>
              <w:bottom w:val="single" w:sz="4" w:color="C9C4E3"/>
              <w:right w:val="single" w:sz="4" w:color="C9C4E3"/>
            </w:tcBorders>
            <w:shd w:val="clear" w:color="auto" w:fill="EFEDF9"/>
            <w:vAlign w:val="center"/>
          </w:tcPr>
          <w:p>
            <w:pPr>
              <w:spacing w:before="0" w:after="0" w:line="240" w:lineRule="auto"/>
            </w:pPr>
          </w:p>
        </w:tc>
        <w:tc>
          <w:tcPr>
            <w:tcW w:type="dxa" w:w="1417"/>
            <w:tcBorders>
              <w:top w:val="single" w:sz="4" w:color="C9C4E3"/>
              <w:left w:val="single" w:sz="4" w:color="C9C4E3"/>
              <w:bottom w:val="single" w:sz="4" w:color="C9C4E3"/>
              <w:right w:val="single" w:sz="4" w:color="C9C4E3"/>
            </w:tcBorders>
            <w:shd w:val="clear" w:color="auto" w:fill="EFEDF9"/>
            <w:vAlign w:val="center"/>
          </w:tcPr>
          <w:p>
            <w:pPr>
              <w:spacing w:before="0" w:after="0" w:line="240" w:lineRule="auto"/>
            </w:pPr>
          </w:p>
        </w:tc>
        <w:tc>
          <w:tcPr>
            <w:tcW w:type="dxa" w:w="1361"/>
            <w:tcBorders>
              <w:top w:val="single" w:sz="4" w:color="C9C4E3"/>
              <w:left w:val="single" w:sz="4" w:color="C9C4E3"/>
              <w:bottom w:val="single" w:sz="4" w:color="C9C4E3"/>
              <w:right w:val="single" w:sz="4" w:color="C9C4E3"/>
            </w:tcBorders>
            <w:shd w:val="clear" w:color="auto" w:fill="EFEDF9"/>
            <w:vAlign w:val="center"/>
          </w:tcPr>
          <w:p>
            <w:pPr>
              <w:spacing w:before="0" w:after="0" w:line="240" w:lineRule="auto"/>
            </w:pPr>
          </w:p>
        </w:tc>
        <w:tc>
          <w:tcPr>
            <w:tcW w:type="dxa" w:w="1361"/>
            <w:tcBorders>
              <w:top w:val="single" w:sz="4" w:color="C9C4E3"/>
              <w:left w:val="single" w:sz="4" w:color="C9C4E3"/>
              <w:bottom w:val="single" w:sz="4" w:color="C9C4E3"/>
              <w:right w:val="single" w:sz="4" w:color="C9C4E3"/>
            </w:tcBorders>
            <w:shd w:val="clear" w:color="auto" w:fill="EFEDF9"/>
            <w:vAlign w:val="center"/>
          </w:tcPr>
          <w:p>
            <w:pPr>
              <w:spacing w:before="0" w:after="0" w:line="240" w:lineRule="auto"/>
            </w:pPr>
          </w:p>
        </w:tc>
        <w:tc>
          <w:tcPr>
            <w:tcW w:type="dxa" w:w="1417"/>
            <w:tcBorders>
              <w:top w:val="single" w:sz="4" w:color="C9C4E3"/>
              <w:left w:val="single" w:sz="4" w:color="C9C4E3"/>
              <w:bottom w:val="single" w:sz="4" w:color="C9C4E3"/>
              <w:right w:val="single" w:sz="4" w:color="C9C4E3"/>
            </w:tcBorders>
            <w:shd w:val="clear" w:color="auto" w:fill="EFEDF9"/>
            <w:vAlign w:val="center"/>
          </w:tcPr>
          <w:p>
            <w:pPr>
              <w:spacing w:before="0" w:after="0" w:line="240" w:lineRule="auto"/>
            </w:pPr>
          </w:p>
        </w:tc>
        <w:tc>
          <w:tcPr>
            <w:tcW w:type="dxa" w:w="3572"/>
            <w:tcBorders>
              <w:top w:val="single" w:sz="4" w:color="C9C4E3"/>
              <w:left w:val="single" w:sz="4" w:color="C9C4E3"/>
              <w:bottom w:val="single" w:sz="4" w:color="C9C4E3"/>
              <w:right w:val="single" w:sz="4" w:color="C9C4E3"/>
            </w:tcBorders>
            <w:shd w:val="clear" w:color="auto" w:fill="EFEDF9"/>
            <w:vAlign w:val="center"/>
          </w:tcPr>
          <w:p>
            <w:pPr>
              <w:spacing w:before="0" w:after="0" w:line="240" w:lineRule="auto"/>
            </w:pPr>
          </w:p>
        </w:tc>
        <w:tc>
          <w:tcPr>
            <w:tcW w:type="dxa" w:w="1814"/>
            <w:tcBorders>
              <w:top w:val="single" w:sz="4" w:color="C9C4E3"/>
              <w:left w:val="single" w:sz="4" w:color="C9C4E3"/>
              <w:bottom w:val="single" w:sz="4" w:color="C9C4E3"/>
              <w:right w:val="single" w:sz="4" w:color="C9C4E3"/>
            </w:tcBorders>
            <w:shd w:val="clear" w:color="auto" w:fill="EFEDF9"/>
            <w:vAlign w:val="center"/>
          </w:tcPr>
          <w:p>
            <w:pPr>
              <w:spacing w:before="0" w:after="0" w:line="240" w:lineRule="auto"/>
            </w:pPr>
          </w:p>
        </w:tc>
      </w:tr>
      <w:tr>
        <w:trPr>
          <w:trHeight w:val="488" w:hRule="atLeast"/>
        </w:trPr>
        <w:tc>
          <w:tcPr>
            <w:tcW w:type="dxa" w:w="1020"/>
            <w:tcBorders>
              <w:top w:val="single" w:sz="4" w:color="C9C4E3"/>
              <w:left w:val="single" w:sz="4" w:color="C9C4E3"/>
              <w:bottom w:val="single" w:sz="4" w:color="C9C4E3"/>
              <w:right w:val="single" w:sz="4" w:color="C9C4E3"/>
            </w:tcBorders>
            <w:vAlign w:val="center"/>
          </w:tcPr>
          <w:p>
            <w:pPr>
              <w:spacing w:before="0" w:after="0" w:line="240" w:lineRule="auto"/>
            </w:pPr>
          </w:p>
        </w:tc>
        <w:tc>
          <w:tcPr>
            <w:tcW w:type="dxa" w:w="907"/>
            <w:tcBorders>
              <w:top w:val="single" w:sz="4" w:color="C9C4E3"/>
              <w:left w:val="single" w:sz="4" w:color="C9C4E3"/>
              <w:bottom w:val="single" w:sz="4" w:color="C9C4E3"/>
              <w:right w:val="single" w:sz="4" w:color="C9C4E3"/>
            </w:tcBorders>
            <w:vAlign w:val="center"/>
          </w:tcPr>
          <w:p>
            <w:pPr>
              <w:spacing w:before="0" w:after="0" w:line="240" w:lineRule="auto"/>
            </w:pPr>
          </w:p>
        </w:tc>
        <w:tc>
          <w:tcPr>
            <w:tcW w:type="dxa" w:w="1361"/>
            <w:tcBorders>
              <w:top w:val="single" w:sz="4" w:color="C9C4E3"/>
              <w:left w:val="single" w:sz="4" w:color="C9C4E3"/>
              <w:bottom w:val="single" w:sz="4" w:color="C9C4E3"/>
              <w:right w:val="single" w:sz="4" w:color="C9C4E3"/>
            </w:tcBorders>
            <w:vAlign w:val="center"/>
          </w:tcPr>
          <w:p>
            <w:pPr>
              <w:spacing w:before="0" w:after="0" w:line="240" w:lineRule="auto"/>
            </w:pPr>
          </w:p>
        </w:tc>
        <w:tc>
          <w:tcPr>
            <w:tcW w:type="dxa" w:w="1247"/>
            <w:tcBorders>
              <w:top w:val="single" w:sz="4" w:color="C9C4E3"/>
              <w:left w:val="single" w:sz="4" w:color="C9C4E3"/>
              <w:bottom w:val="single" w:sz="4" w:color="C9C4E3"/>
              <w:right w:val="single" w:sz="4" w:color="C9C4E3"/>
            </w:tcBorders>
            <w:vAlign w:val="center"/>
          </w:tcPr>
          <w:p>
            <w:pPr>
              <w:spacing w:before="0" w:after="0" w:line="240" w:lineRule="auto"/>
            </w:pPr>
          </w:p>
        </w:tc>
        <w:tc>
          <w:tcPr>
            <w:tcW w:type="dxa" w:w="1417"/>
            <w:tcBorders>
              <w:top w:val="single" w:sz="4" w:color="C9C4E3"/>
              <w:left w:val="single" w:sz="4" w:color="C9C4E3"/>
              <w:bottom w:val="single" w:sz="4" w:color="C9C4E3"/>
              <w:right w:val="single" w:sz="4" w:color="C9C4E3"/>
            </w:tcBorders>
            <w:vAlign w:val="center"/>
          </w:tcPr>
          <w:p>
            <w:pPr>
              <w:spacing w:before="0" w:after="0" w:line="240" w:lineRule="auto"/>
            </w:pPr>
          </w:p>
        </w:tc>
        <w:tc>
          <w:tcPr>
            <w:tcW w:type="dxa" w:w="1361"/>
            <w:tcBorders>
              <w:top w:val="single" w:sz="4" w:color="C9C4E3"/>
              <w:left w:val="single" w:sz="4" w:color="C9C4E3"/>
              <w:bottom w:val="single" w:sz="4" w:color="C9C4E3"/>
              <w:right w:val="single" w:sz="4" w:color="C9C4E3"/>
            </w:tcBorders>
            <w:vAlign w:val="center"/>
          </w:tcPr>
          <w:p>
            <w:pPr>
              <w:spacing w:before="0" w:after="0" w:line="240" w:lineRule="auto"/>
            </w:pPr>
          </w:p>
        </w:tc>
        <w:tc>
          <w:tcPr>
            <w:tcW w:type="dxa" w:w="1361"/>
            <w:tcBorders>
              <w:top w:val="single" w:sz="4" w:color="C9C4E3"/>
              <w:left w:val="single" w:sz="4" w:color="C9C4E3"/>
              <w:bottom w:val="single" w:sz="4" w:color="C9C4E3"/>
              <w:right w:val="single" w:sz="4" w:color="C9C4E3"/>
            </w:tcBorders>
            <w:vAlign w:val="center"/>
          </w:tcPr>
          <w:p>
            <w:pPr>
              <w:spacing w:before="0" w:after="0" w:line="240" w:lineRule="auto"/>
            </w:pPr>
          </w:p>
        </w:tc>
        <w:tc>
          <w:tcPr>
            <w:tcW w:type="dxa" w:w="1417"/>
            <w:tcBorders>
              <w:top w:val="single" w:sz="4" w:color="C9C4E3"/>
              <w:left w:val="single" w:sz="4" w:color="C9C4E3"/>
              <w:bottom w:val="single" w:sz="4" w:color="C9C4E3"/>
              <w:right w:val="single" w:sz="4" w:color="C9C4E3"/>
            </w:tcBorders>
            <w:vAlign w:val="center"/>
          </w:tcPr>
          <w:p>
            <w:pPr>
              <w:spacing w:before="0" w:after="0" w:line="240" w:lineRule="auto"/>
            </w:pPr>
          </w:p>
        </w:tc>
        <w:tc>
          <w:tcPr>
            <w:tcW w:type="dxa" w:w="3572"/>
            <w:tcBorders>
              <w:top w:val="single" w:sz="4" w:color="C9C4E3"/>
              <w:left w:val="single" w:sz="4" w:color="C9C4E3"/>
              <w:bottom w:val="single" w:sz="4" w:color="C9C4E3"/>
              <w:right w:val="single" w:sz="4" w:color="C9C4E3"/>
            </w:tcBorders>
            <w:vAlign w:val="center"/>
          </w:tcPr>
          <w:p>
            <w:pPr>
              <w:spacing w:before="0" w:after="0" w:line="240" w:lineRule="auto"/>
            </w:pPr>
          </w:p>
        </w:tc>
        <w:tc>
          <w:tcPr>
            <w:tcW w:type="dxa" w:w="1814"/>
            <w:tcBorders>
              <w:top w:val="single" w:sz="4" w:color="C9C4E3"/>
              <w:left w:val="single" w:sz="4" w:color="C9C4E3"/>
              <w:bottom w:val="single" w:sz="4" w:color="C9C4E3"/>
              <w:right w:val="single" w:sz="4" w:color="C9C4E3"/>
            </w:tcBorders>
            <w:vAlign w:val="center"/>
          </w:tcPr>
          <w:p>
            <w:pPr>
              <w:spacing w:before="0" w:after="0" w:line="240" w:lineRule="auto"/>
            </w:pPr>
          </w:p>
        </w:tc>
      </w:tr>
      <w:tr>
        <w:trPr>
          <w:trHeight w:val="488" w:hRule="atLeast"/>
        </w:trPr>
        <w:tc>
          <w:tcPr>
            <w:tcW w:type="dxa" w:w="1020"/>
            <w:tcBorders>
              <w:top w:val="single" w:sz="4" w:color="C9C4E3"/>
              <w:left w:val="single" w:sz="4" w:color="C9C4E3"/>
              <w:bottom w:val="single" w:sz="4" w:color="C9C4E3"/>
              <w:right w:val="single" w:sz="4" w:color="C9C4E3"/>
            </w:tcBorders>
            <w:shd w:val="clear" w:color="auto" w:fill="EFEDF9"/>
            <w:vAlign w:val="center"/>
          </w:tcPr>
          <w:p>
            <w:pPr>
              <w:spacing w:before="0" w:after="0" w:line="240" w:lineRule="auto"/>
            </w:pPr>
          </w:p>
        </w:tc>
        <w:tc>
          <w:tcPr>
            <w:tcW w:type="dxa" w:w="907"/>
            <w:tcBorders>
              <w:top w:val="single" w:sz="4" w:color="C9C4E3"/>
              <w:left w:val="single" w:sz="4" w:color="C9C4E3"/>
              <w:bottom w:val="single" w:sz="4" w:color="C9C4E3"/>
              <w:right w:val="single" w:sz="4" w:color="C9C4E3"/>
            </w:tcBorders>
            <w:shd w:val="clear" w:color="auto" w:fill="EFEDF9"/>
            <w:vAlign w:val="center"/>
          </w:tcPr>
          <w:p>
            <w:pPr>
              <w:spacing w:before="0" w:after="0" w:line="240" w:lineRule="auto"/>
            </w:pPr>
          </w:p>
        </w:tc>
        <w:tc>
          <w:tcPr>
            <w:tcW w:type="dxa" w:w="1361"/>
            <w:tcBorders>
              <w:top w:val="single" w:sz="4" w:color="C9C4E3"/>
              <w:left w:val="single" w:sz="4" w:color="C9C4E3"/>
              <w:bottom w:val="single" w:sz="4" w:color="C9C4E3"/>
              <w:right w:val="single" w:sz="4" w:color="C9C4E3"/>
            </w:tcBorders>
            <w:shd w:val="clear" w:color="auto" w:fill="EFEDF9"/>
            <w:vAlign w:val="center"/>
          </w:tcPr>
          <w:p>
            <w:pPr>
              <w:spacing w:before="0" w:after="0" w:line="240" w:lineRule="auto"/>
            </w:pPr>
          </w:p>
        </w:tc>
        <w:tc>
          <w:tcPr>
            <w:tcW w:type="dxa" w:w="1247"/>
            <w:tcBorders>
              <w:top w:val="single" w:sz="4" w:color="C9C4E3"/>
              <w:left w:val="single" w:sz="4" w:color="C9C4E3"/>
              <w:bottom w:val="single" w:sz="4" w:color="C9C4E3"/>
              <w:right w:val="single" w:sz="4" w:color="C9C4E3"/>
            </w:tcBorders>
            <w:shd w:val="clear" w:color="auto" w:fill="EFEDF9"/>
            <w:vAlign w:val="center"/>
          </w:tcPr>
          <w:p>
            <w:pPr>
              <w:spacing w:before="0" w:after="0" w:line="240" w:lineRule="auto"/>
            </w:pPr>
          </w:p>
        </w:tc>
        <w:tc>
          <w:tcPr>
            <w:tcW w:type="dxa" w:w="1417"/>
            <w:tcBorders>
              <w:top w:val="single" w:sz="4" w:color="C9C4E3"/>
              <w:left w:val="single" w:sz="4" w:color="C9C4E3"/>
              <w:bottom w:val="single" w:sz="4" w:color="C9C4E3"/>
              <w:right w:val="single" w:sz="4" w:color="C9C4E3"/>
            </w:tcBorders>
            <w:shd w:val="clear" w:color="auto" w:fill="EFEDF9"/>
            <w:vAlign w:val="center"/>
          </w:tcPr>
          <w:p>
            <w:pPr>
              <w:spacing w:before="0" w:after="0" w:line="240" w:lineRule="auto"/>
            </w:pPr>
          </w:p>
        </w:tc>
        <w:tc>
          <w:tcPr>
            <w:tcW w:type="dxa" w:w="1361"/>
            <w:tcBorders>
              <w:top w:val="single" w:sz="4" w:color="C9C4E3"/>
              <w:left w:val="single" w:sz="4" w:color="C9C4E3"/>
              <w:bottom w:val="single" w:sz="4" w:color="C9C4E3"/>
              <w:right w:val="single" w:sz="4" w:color="C9C4E3"/>
            </w:tcBorders>
            <w:shd w:val="clear" w:color="auto" w:fill="EFEDF9"/>
            <w:vAlign w:val="center"/>
          </w:tcPr>
          <w:p>
            <w:pPr>
              <w:spacing w:before="0" w:after="0" w:line="240" w:lineRule="auto"/>
            </w:pPr>
          </w:p>
        </w:tc>
        <w:tc>
          <w:tcPr>
            <w:tcW w:type="dxa" w:w="1361"/>
            <w:tcBorders>
              <w:top w:val="single" w:sz="4" w:color="C9C4E3"/>
              <w:left w:val="single" w:sz="4" w:color="C9C4E3"/>
              <w:bottom w:val="single" w:sz="4" w:color="C9C4E3"/>
              <w:right w:val="single" w:sz="4" w:color="C9C4E3"/>
            </w:tcBorders>
            <w:shd w:val="clear" w:color="auto" w:fill="EFEDF9"/>
            <w:vAlign w:val="center"/>
          </w:tcPr>
          <w:p>
            <w:pPr>
              <w:spacing w:before="0" w:after="0" w:line="240" w:lineRule="auto"/>
            </w:pPr>
          </w:p>
        </w:tc>
        <w:tc>
          <w:tcPr>
            <w:tcW w:type="dxa" w:w="1417"/>
            <w:tcBorders>
              <w:top w:val="single" w:sz="4" w:color="C9C4E3"/>
              <w:left w:val="single" w:sz="4" w:color="C9C4E3"/>
              <w:bottom w:val="single" w:sz="4" w:color="C9C4E3"/>
              <w:right w:val="single" w:sz="4" w:color="C9C4E3"/>
            </w:tcBorders>
            <w:shd w:val="clear" w:color="auto" w:fill="EFEDF9"/>
            <w:vAlign w:val="center"/>
          </w:tcPr>
          <w:p>
            <w:pPr>
              <w:spacing w:before="0" w:after="0" w:line="240" w:lineRule="auto"/>
            </w:pPr>
          </w:p>
        </w:tc>
        <w:tc>
          <w:tcPr>
            <w:tcW w:type="dxa" w:w="3572"/>
            <w:tcBorders>
              <w:top w:val="single" w:sz="4" w:color="C9C4E3"/>
              <w:left w:val="single" w:sz="4" w:color="C9C4E3"/>
              <w:bottom w:val="single" w:sz="4" w:color="C9C4E3"/>
              <w:right w:val="single" w:sz="4" w:color="C9C4E3"/>
            </w:tcBorders>
            <w:shd w:val="clear" w:color="auto" w:fill="EFEDF9"/>
            <w:vAlign w:val="center"/>
          </w:tcPr>
          <w:p>
            <w:pPr>
              <w:spacing w:before="0" w:after="0" w:line="240" w:lineRule="auto"/>
            </w:pPr>
          </w:p>
        </w:tc>
        <w:tc>
          <w:tcPr>
            <w:tcW w:type="dxa" w:w="1814"/>
            <w:tcBorders>
              <w:top w:val="single" w:sz="4" w:color="C9C4E3"/>
              <w:left w:val="single" w:sz="4" w:color="C9C4E3"/>
              <w:bottom w:val="single" w:sz="4" w:color="C9C4E3"/>
              <w:right w:val="single" w:sz="4" w:color="C9C4E3"/>
            </w:tcBorders>
            <w:shd w:val="clear" w:color="auto" w:fill="EFEDF9"/>
            <w:vAlign w:val="center"/>
          </w:tcPr>
          <w:p>
            <w:pPr>
              <w:spacing w:before="0" w:after="0" w:line="240" w:lineRule="auto"/>
            </w:pPr>
          </w:p>
        </w:tc>
      </w:tr>
      <w:tr>
        <w:trPr>
          <w:trHeight w:val="488" w:hRule="atLeast"/>
        </w:trPr>
        <w:tc>
          <w:tcPr>
            <w:tcW w:type="dxa" w:w="1020"/>
            <w:tcBorders>
              <w:top w:val="single" w:sz="4" w:color="C9C4E3"/>
              <w:left w:val="single" w:sz="4" w:color="C9C4E3"/>
              <w:bottom w:val="single" w:sz="4" w:color="C9C4E3"/>
              <w:right w:val="single" w:sz="4" w:color="C9C4E3"/>
            </w:tcBorders>
            <w:vAlign w:val="center"/>
          </w:tcPr>
          <w:p>
            <w:pPr>
              <w:spacing w:before="0" w:after="0" w:line="240" w:lineRule="auto"/>
            </w:pPr>
          </w:p>
        </w:tc>
        <w:tc>
          <w:tcPr>
            <w:tcW w:type="dxa" w:w="907"/>
            <w:tcBorders>
              <w:top w:val="single" w:sz="4" w:color="C9C4E3"/>
              <w:left w:val="single" w:sz="4" w:color="C9C4E3"/>
              <w:bottom w:val="single" w:sz="4" w:color="C9C4E3"/>
              <w:right w:val="single" w:sz="4" w:color="C9C4E3"/>
            </w:tcBorders>
            <w:vAlign w:val="center"/>
          </w:tcPr>
          <w:p>
            <w:pPr>
              <w:spacing w:before="0" w:after="0" w:line="240" w:lineRule="auto"/>
            </w:pPr>
          </w:p>
        </w:tc>
        <w:tc>
          <w:tcPr>
            <w:tcW w:type="dxa" w:w="1361"/>
            <w:tcBorders>
              <w:top w:val="single" w:sz="4" w:color="C9C4E3"/>
              <w:left w:val="single" w:sz="4" w:color="C9C4E3"/>
              <w:bottom w:val="single" w:sz="4" w:color="C9C4E3"/>
              <w:right w:val="single" w:sz="4" w:color="C9C4E3"/>
            </w:tcBorders>
            <w:vAlign w:val="center"/>
          </w:tcPr>
          <w:p>
            <w:pPr>
              <w:spacing w:before="0" w:after="0" w:line="240" w:lineRule="auto"/>
            </w:pPr>
          </w:p>
        </w:tc>
        <w:tc>
          <w:tcPr>
            <w:tcW w:type="dxa" w:w="1247"/>
            <w:tcBorders>
              <w:top w:val="single" w:sz="4" w:color="C9C4E3"/>
              <w:left w:val="single" w:sz="4" w:color="C9C4E3"/>
              <w:bottom w:val="single" w:sz="4" w:color="C9C4E3"/>
              <w:right w:val="single" w:sz="4" w:color="C9C4E3"/>
            </w:tcBorders>
            <w:vAlign w:val="center"/>
          </w:tcPr>
          <w:p>
            <w:pPr>
              <w:spacing w:before="0" w:after="0" w:line="240" w:lineRule="auto"/>
            </w:pPr>
          </w:p>
        </w:tc>
        <w:tc>
          <w:tcPr>
            <w:tcW w:type="dxa" w:w="1417"/>
            <w:tcBorders>
              <w:top w:val="single" w:sz="4" w:color="C9C4E3"/>
              <w:left w:val="single" w:sz="4" w:color="C9C4E3"/>
              <w:bottom w:val="single" w:sz="4" w:color="C9C4E3"/>
              <w:right w:val="single" w:sz="4" w:color="C9C4E3"/>
            </w:tcBorders>
            <w:vAlign w:val="center"/>
          </w:tcPr>
          <w:p>
            <w:pPr>
              <w:spacing w:before="0" w:after="0" w:line="240" w:lineRule="auto"/>
            </w:pPr>
          </w:p>
        </w:tc>
        <w:tc>
          <w:tcPr>
            <w:tcW w:type="dxa" w:w="1361"/>
            <w:tcBorders>
              <w:top w:val="single" w:sz="4" w:color="C9C4E3"/>
              <w:left w:val="single" w:sz="4" w:color="C9C4E3"/>
              <w:bottom w:val="single" w:sz="4" w:color="C9C4E3"/>
              <w:right w:val="single" w:sz="4" w:color="C9C4E3"/>
            </w:tcBorders>
            <w:vAlign w:val="center"/>
          </w:tcPr>
          <w:p>
            <w:pPr>
              <w:spacing w:before="0" w:after="0" w:line="240" w:lineRule="auto"/>
            </w:pPr>
          </w:p>
        </w:tc>
        <w:tc>
          <w:tcPr>
            <w:tcW w:type="dxa" w:w="1361"/>
            <w:tcBorders>
              <w:top w:val="single" w:sz="4" w:color="C9C4E3"/>
              <w:left w:val="single" w:sz="4" w:color="C9C4E3"/>
              <w:bottom w:val="single" w:sz="4" w:color="C9C4E3"/>
              <w:right w:val="single" w:sz="4" w:color="C9C4E3"/>
            </w:tcBorders>
            <w:vAlign w:val="center"/>
          </w:tcPr>
          <w:p>
            <w:pPr>
              <w:spacing w:before="0" w:after="0" w:line="240" w:lineRule="auto"/>
            </w:pPr>
          </w:p>
        </w:tc>
        <w:tc>
          <w:tcPr>
            <w:tcW w:type="dxa" w:w="1417"/>
            <w:tcBorders>
              <w:top w:val="single" w:sz="4" w:color="C9C4E3"/>
              <w:left w:val="single" w:sz="4" w:color="C9C4E3"/>
              <w:bottom w:val="single" w:sz="4" w:color="C9C4E3"/>
              <w:right w:val="single" w:sz="4" w:color="C9C4E3"/>
            </w:tcBorders>
            <w:vAlign w:val="center"/>
          </w:tcPr>
          <w:p>
            <w:pPr>
              <w:spacing w:before="0" w:after="0" w:line="240" w:lineRule="auto"/>
            </w:pPr>
          </w:p>
        </w:tc>
        <w:tc>
          <w:tcPr>
            <w:tcW w:type="dxa" w:w="3572"/>
            <w:tcBorders>
              <w:top w:val="single" w:sz="4" w:color="C9C4E3"/>
              <w:left w:val="single" w:sz="4" w:color="C9C4E3"/>
              <w:bottom w:val="single" w:sz="4" w:color="C9C4E3"/>
              <w:right w:val="single" w:sz="4" w:color="C9C4E3"/>
            </w:tcBorders>
            <w:vAlign w:val="center"/>
          </w:tcPr>
          <w:p>
            <w:pPr>
              <w:spacing w:before="0" w:after="0" w:line="240" w:lineRule="auto"/>
            </w:pPr>
          </w:p>
        </w:tc>
        <w:tc>
          <w:tcPr>
            <w:tcW w:type="dxa" w:w="1814"/>
            <w:tcBorders>
              <w:top w:val="single" w:sz="4" w:color="C9C4E3"/>
              <w:left w:val="single" w:sz="4" w:color="C9C4E3"/>
              <w:bottom w:val="single" w:sz="4" w:color="C9C4E3"/>
              <w:right w:val="single" w:sz="4" w:color="C9C4E3"/>
            </w:tcBorders>
            <w:vAlign w:val="center"/>
          </w:tcPr>
          <w:p>
            <w:pPr>
              <w:spacing w:before="0" w:after="0" w:line="240" w:lineRule="auto"/>
            </w:pPr>
          </w:p>
        </w:tc>
      </w:tr>
      <w:tr>
        <w:trPr>
          <w:trHeight w:val="488" w:hRule="atLeast"/>
        </w:trPr>
        <w:tc>
          <w:tcPr>
            <w:tcW w:type="dxa" w:w="1020"/>
            <w:tcBorders>
              <w:top w:val="single" w:sz="4" w:color="C9C4E3"/>
              <w:left w:val="single" w:sz="4" w:color="C9C4E3"/>
              <w:bottom w:val="single" w:sz="4" w:color="C9C4E3"/>
              <w:right w:val="single" w:sz="4" w:color="C9C4E3"/>
            </w:tcBorders>
            <w:shd w:val="clear" w:color="auto" w:fill="EFEDF9"/>
            <w:vAlign w:val="center"/>
          </w:tcPr>
          <w:p>
            <w:pPr>
              <w:spacing w:before="0" w:after="0" w:line="240" w:lineRule="auto"/>
            </w:pPr>
          </w:p>
        </w:tc>
        <w:tc>
          <w:tcPr>
            <w:tcW w:type="dxa" w:w="907"/>
            <w:tcBorders>
              <w:top w:val="single" w:sz="4" w:color="C9C4E3"/>
              <w:left w:val="single" w:sz="4" w:color="C9C4E3"/>
              <w:bottom w:val="single" w:sz="4" w:color="C9C4E3"/>
              <w:right w:val="single" w:sz="4" w:color="C9C4E3"/>
            </w:tcBorders>
            <w:shd w:val="clear" w:color="auto" w:fill="EFEDF9"/>
            <w:vAlign w:val="center"/>
          </w:tcPr>
          <w:p>
            <w:pPr>
              <w:spacing w:before="0" w:after="0" w:line="240" w:lineRule="auto"/>
            </w:pPr>
          </w:p>
        </w:tc>
        <w:tc>
          <w:tcPr>
            <w:tcW w:type="dxa" w:w="1361"/>
            <w:tcBorders>
              <w:top w:val="single" w:sz="4" w:color="C9C4E3"/>
              <w:left w:val="single" w:sz="4" w:color="C9C4E3"/>
              <w:bottom w:val="single" w:sz="4" w:color="C9C4E3"/>
              <w:right w:val="single" w:sz="4" w:color="C9C4E3"/>
            </w:tcBorders>
            <w:shd w:val="clear" w:color="auto" w:fill="EFEDF9"/>
            <w:vAlign w:val="center"/>
          </w:tcPr>
          <w:p>
            <w:pPr>
              <w:spacing w:before="0" w:after="0" w:line="240" w:lineRule="auto"/>
            </w:pPr>
          </w:p>
        </w:tc>
        <w:tc>
          <w:tcPr>
            <w:tcW w:type="dxa" w:w="1247"/>
            <w:tcBorders>
              <w:top w:val="single" w:sz="4" w:color="C9C4E3"/>
              <w:left w:val="single" w:sz="4" w:color="C9C4E3"/>
              <w:bottom w:val="single" w:sz="4" w:color="C9C4E3"/>
              <w:right w:val="single" w:sz="4" w:color="C9C4E3"/>
            </w:tcBorders>
            <w:shd w:val="clear" w:color="auto" w:fill="EFEDF9"/>
            <w:vAlign w:val="center"/>
          </w:tcPr>
          <w:p>
            <w:pPr>
              <w:spacing w:before="0" w:after="0" w:line="240" w:lineRule="auto"/>
            </w:pPr>
          </w:p>
        </w:tc>
        <w:tc>
          <w:tcPr>
            <w:tcW w:type="dxa" w:w="1417"/>
            <w:tcBorders>
              <w:top w:val="single" w:sz="4" w:color="C9C4E3"/>
              <w:left w:val="single" w:sz="4" w:color="C9C4E3"/>
              <w:bottom w:val="single" w:sz="4" w:color="C9C4E3"/>
              <w:right w:val="single" w:sz="4" w:color="C9C4E3"/>
            </w:tcBorders>
            <w:shd w:val="clear" w:color="auto" w:fill="EFEDF9"/>
            <w:vAlign w:val="center"/>
          </w:tcPr>
          <w:p>
            <w:pPr>
              <w:spacing w:before="0" w:after="0" w:line="240" w:lineRule="auto"/>
            </w:pPr>
          </w:p>
        </w:tc>
        <w:tc>
          <w:tcPr>
            <w:tcW w:type="dxa" w:w="1361"/>
            <w:tcBorders>
              <w:top w:val="single" w:sz="4" w:color="C9C4E3"/>
              <w:left w:val="single" w:sz="4" w:color="C9C4E3"/>
              <w:bottom w:val="single" w:sz="4" w:color="C9C4E3"/>
              <w:right w:val="single" w:sz="4" w:color="C9C4E3"/>
            </w:tcBorders>
            <w:shd w:val="clear" w:color="auto" w:fill="EFEDF9"/>
            <w:vAlign w:val="center"/>
          </w:tcPr>
          <w:p>
            <w:pPr>
              <w:spacing w:before="0" w:after="0" w:line="240" w:lineRule="auto"/>
            </w:pPr>
          </w:p>
        </w:tc>
        <w:tc>
          <w:tcPr>
            <w:tcW w:type="dxa" w:w="1361"/>
            <w:tcBorders>
              <w:top w:val="single" w:sz="4" w:color="C9C4E3"/>
              <w:left w:val="single" w:sz="4" w:color="C9C4E3"/>
              <w:bottom w:val="single" w:sz="4" w:color="C9C4E3"/>
              <w:right w:val="single" w:sz="4" w:color="C9C4E3"/>
            </w:tcBorders>
            <w:shd w:val="clear" w:color="auto" w:fill="EFEDF9"/>
            <w:vAlign w:val="center"/>
          </w:tcPr>
          <w:p>
            <w:pPr>
              <w:spacing w:before="0" w:after="0" w:line="240" w:lineRule="auto"/>
            </w:pPr>
          </w:p>
        </w:tc>
        <w:tc>
          <w:tcPr>
            <w:tcW w:type="dxa" w:w="1417"/>
            <w:tcBorders>
              <w:top w:val="single" w:sz="4" w:color="C9C4E3"/>
              <w:left w:val="single" w:sz="4" w:color="C9C4E3"/>
              <w:bottom w:val="single" w:sz="4" w:color="C9C4E3"/>
              <w:right w:val="single" w:sz="4" w:color="C9C4E3"/>
            </w:tcBorders>
            <w:shd w:val="clear" w:color="auto" w:fill="EFEDF9"/>
            <w:vAlign w:val="center"/>
          </w:tcPr>
          <w:p>
            <w:pPr>
              <w:spacing w:before="0" w:after="0" w:line="240" w:lineRule="auto"/>
            </w:pPr>
          </w:p>
        </w:tc>
        <w:tc>
          <w:tcPr>
            <w:tcW w:type="dxa" w:w="3572"/>
            <w:tcBorders>
              <w:top w:val="single" w:sz="4" w:color="C9C4E3"/>
              <w:left w:val="single" w:sz="4" w:color="C9C4E3"/>
              <w:bottom w:val="single" w:sz="4" w:color="C9C4E3"/>
              <w:right w:val="single" w:sz="4" w:color="C9C4E3"/>
            </w:tcBorders>
            <w:shd w:val="clear" w:color="auto" w:fill="EFEDF9"/>
            <w:vAlign w:val="center"/>
          </w:tcPr>
          <w:p>
            <w:pPr>
              <w:spacing w:before="0" w:after="0" w:line="240" w:lineRule="auto"/>
            </w:pPr>
          </w:p>
        </w:tc>
        <w:tc>
          <w:tcPr>
            <w:tcW w:type="dxa" w:w="1814"/>
            <w:tcBorders>
              <w:top w:val="single" w:sz="4" w:color="C9C4E3"/>
              <w:left w:val="single" w:sz="4" w:color="C9C4E3"/>
              <w:bottom w:val="single" w:sz="4" w:color="C9C4E3"/>
              <w:right w:val="single" w:sz="4" w:color="C9C4E3"/>
            </w:tcBorders>
            <w:shd w:val="clear" w:color="auto" w:fill="EFEDF9"/>
            <w:vAlign w:val="center"/>
          </w:tcPr>
          <w:p>
            <w:pPr>
              <w:spacing w:before="0" w:after="0" w:line="240" w:lineRule="auto"/>
            </w:pPr>
          </w:p>
        </w:tc>
      </w:tr>
    </w:tbl>
    <w:p>
      <w:pPr>
        <w:spacing w:before="0" w:after="0" w:line="40" w:lineRule="exact"/>
      </w:pPr>
      <w:r>
        <w:rPr>
          <w:sz w:val="2"/>
        </w:rPr>
      </w:r>
    </w:p>
    <w:p>
      <w:pPr>
        <w:spacing w:before="20" w:after="60" w:line="240" w:lineRule="auto"/>
      </w:pPr>
      <w:r>
        <w:rPr>
          <w:rFonts w:ascii="Arial" w:hAnsi="Arial" w:eastAsia="Arial"/>
          <w:b w:val="0"/>
          <w:i w:val="0"/>
          <w:color w:val="463F66"/>
          <w:sz w:val="14"/>
        </w:rPr>
        <w:t>Turno: D día · N noche. Alimentación: C completa · P parcial · R rechaza. Higiene: B baño · A aseo parcial. Eliminación: D diuresis · DP deposición (describe si es anormal). Avisa al profesional de turno cualquier cambio; ante caídas, heridas, descompensaciones o agresiones, la dirección técnica coordina el aviso a la familia (Decreto 20, art. 12 letra n). Cada cuidador registra sus acciones (art. 19 letra e).</w:t>
      </w:r>
    </w:p>
    <w:sectPr w:rsidR="00FC693F" w:rsidRPr="0006063C" w:rsidSect="00034616">
      <w:pgSz w:w="16838" w:h="11906" w:orient="landscape"/>
      <w:pgMar w:top="680" w:right="680" w:bottom="794" w:left="680" w:header="340" w:footer="283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spacing w:before="0" w:after="0" w:line="240" w:lineRule="auto"/>
    </w:pPr>
    <w:r>
      <w:rPr>
        <w:rFonts w:ascii="Arial" w:hAnsi="Arial" w:eastAsia="Arial"/>
        <w:b w:val="0"/>
        <w:i w:val="0"/>
        <w:color w:val="6A6488"/>
        <w:sz w:val="14"/>
      </w:rPr>
      <w:t xml:space="preserve">Plantilla gratuita de MACA · macainn.cl/recursos · Regístralo sin papel con la Ficha Clínica ELEAM: macainn.cl/software-eleam · Página </w:t>
    </w:r>
    <w:r>
      <w:rPr>
        <w:rFonts w:ascii="Arial" w:hAnsi="Arial"/>
        <w:color w:val="6A6488"/>
        <w:sz w:val="14"/>
      </w:rPr>
      <w:fldChar w:fldCharType="begin"/>
    </w:r>
    <w:r>
      <w:rPr>
        <w:rFonts w:ascii="Arial" w:hAnsi="Arial"/>
        <w:color w:val="6A6488"/>
        <w:sz w:val="14"/>
      </w:rPr>
      <w:instrText xml:space="preserve">PAGE</w:instrText>
    </w:r>
    <w:r>
      <w:rPr>
        <w:rFonts w:ascii="Arial" w:hAnsi="Arial"/>
        <w:color w:val="6A6488"/>
        <w:sz w:val="14"/>
      </w:rPr>
      <w:fldChar w:fldCharType="end"/>
    </w:r>
    <w:r>
      <w:rPr>
        <w:rFonts w:ascii="Arial" w:hAnsi="Arial" w:eastAsia="Arial"/>
        <w:b w:val="0"/>
        <w:i w:val="0"/>
        <w:color w:val="6A6488"/>
        <w:sz w:val="14"/>
      </w:rPr>
      <w:t xml:space="preserve"> de </w:t>
    </w:r>
    <w:r>
      <w:rPr>
        <w:rFonts w:ascii="Arial" w:hAnsi="Arial"/>
        <w:color w:val="6A6488"/>
        <w:sz w:val="14"/>
      </w:rPr>
      <w:fldChar w:fldCharType="begin"/>
    </w:r>
    <w:r>
      <w:rPr>
        <w:rFonts w:ascii="Arial" w:hAnsi="Arial"/>
        <w:color w:val="6A6488"/>
        <w:sz w:val="14"/>
      </w:rPr>
      <w:instrText xml:space="preserve">NUMPAGES</w:instrText>
    </w:r>
    <w:r>
      <w:rPr>
        <w:rFonts w:ascii="Arial" w:hAnsi="Arial"/>
        <w:color w:val="6A6488"/>
        <w:sz w:val="14"/>
      </w:rPr>
      <w:fldChar w:fldCharType="end"/>
    </w:r>
  </w:p>
  <w:p>
    <w:pPr>
      <w:spacing w:before="0" w:after="0" w:line="240" w:lineRule="auto"/>
    </w:pPr>
    <w:r>
      <w:rPr>
        <w:rFonts w:ascii="Arial" w:hAnsi="Arial" w:eastAsia="Arial"/>
        <w:b w:val="0"/>
        <w:i/>
        <w:color w:val="6A6488"/>
        <w:sz w:val="13"/>
      </w:rPr>
      <w:t>Formato referencial: valídalo con tu equipo y asesor. No reemplaza la indicación médica. Datos personales: acceso restringido (Decreto 20, arts. 29 y 30; Ley 21.719).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100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eastAsia="Arial"/>
      <w:sz w:val="16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Evolución del residente | MACA</dc:title>
  <dc:subject>Hoja de evolución para profesionales (formato SOAP) y registro por turno para cuidadoras: alimentación, hidratación, higiene, eliminación, sueño, ánimo y novedades.</dc:subject>
  <dc:creator>MACA de MERA INN</dc:creator>
  <cp:keywords>ELEAM, residencias, plan de cuidados, MACA</cp:keywords>
  <dc:description>macainn.cl/recursos</dc:description>
  <cp:lastModifiedBy>MACA</cp:lastModifiedBy>
  <cp:revision>1</cp:revision>
  <dcterms:created xsi:type="dcterms:W3CDTF">2026-10-01T00:00:00Z</dcterms:created>
  <dcterms:modified xsi:type="dcterms:W3CDTF">2026-10-01T00:00:00Z</dcterms:modified>
  <cp:category/>
</cp:coreProperties>
</file>